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B72FC" w14:textId="3871A8A6" w:rsidR="00B2341F" w:rsidRPr="008877D5" w:rsidRDefault="006A5B95">
      <w:pPr>
        <w:spacing w:after="40"/>
        <w:jc w:val="right"/>
      </w:pPr>
      <w:r w:rsidRPr="008877D5">
        <w:rPr>
          <w:rFonts w:ascii="Times New Roman"/>
          <w:noProof/>
          <w:spacing w:val="60"/>
          <w:position w:val="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836D3" wp14:editId="5EE424DC">
                <wp:simplePos x="0" y="0"/>
                <wp:positionH relativeFrom="margin">
                  <wp:posOffset>5676771</wp:posOffset>
                </wp:positionH>
                <wp:positionV relativeFrom="paragraph">
                  <wp:posOffset>133085</wp:posOffset>
                </wp:positionV>
                <wp:extent cx="613458" cy="285115"/>
                <wp:effectExtent l="0" t="0" r="15240" b="19685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58" cy="2851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379871" w14:textId="42D0CAC0" w:rsidR="006A5B95" w:rsidRPr="00ED1EE6" w:rsidRDefault="006A5B95" w:rsidP="006A5B95">
                            <w:pPr>
                              <w:spacing w:before="80"/>
                              <w:ind w:left="162"/>
                              <w:rPr>
                                <w:rFonts w:asci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pacing w:val="-4"/>
                                <w:sz w:val="18"/>
                                <w:lang w:eastAsia="ja-JP"/>
                              </w:rPr>
                              <w:t>タイ</w:t>
                            </w:r>
                            <w:r w:rsidRPr="00ED1EE6">
                              <w:rPr>
                                <w:rFonts w:ascii="ＭＳ ゴシック" w:eastAsia="ＭＳ ゴシック"/>
                                <w:spacing w:val="-4"/>
                                <w:sz w:val="18"/>
                              </w:rPr>
                              <w:t>語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F836D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47pt;margin-top:10.5pt;width:48.3pt;height:22.4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" filled="f">
                <v:path arrowok="t"/>
                <v:textbox inset="0,0,0,0">
                  <w:txbxContent>
                    <w:p w14:paraId="56379871" w14:textId="42D0CAC0" w:rsidR="006A5B95" w:rsidRPr="00ED1EE6" w:rsidRDefault="006A5B95" w:rsidP="006A5B95">
                      <w:pPr>
                        <w:spacing w:before="80"/>
                        <w:ind w:left="162"/>
                        <w:rPr>
                          <w:rFonts w:ascii="ＭＳ ゴシック" w:eastAsia="ＭＳ ゴシック"/>
                          <w:sz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spacing w:val="-4"/>
                          <w:sz w:val="18"/>
                          <w:lang w:eastAsia="ja-JP"/>
                        </w:rPr>
                        <w:t>タイ</w:t>
                      </w:r>
                      <w:r w:rsidRPr="00ED1EE6">
                        <w:rPr>
                          <w:rFonts w:ascii="ＭＳ ゴシック" w:eastAsia="ＭＳ ゴシック"/>
                          <w:spacing w:val="-4"/>
                          <w:sz w:val="18"/>
                        </w:rPr>
                        <w:t>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77D5">
        <w:rPr>
          <w:rFonts w:asci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20B018" wp14:editId="0A11A328">
                <wp:simplePos x="0" y="0"/>
                <wp:positionH relativeFrom="margin">
                  <wp:align>center</wp:align>
                </wp:positionH>
                <wp:positionV relativeFrom="paragraph">
                  <wp:posOffset>11020</wp:posOffset>
                </wp:positionV>
                <wp:extent cx="4997450" cy="535305"/>
                <wp:effectExtent l="0" t="0" r="1270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0" cy="535305"/>
                          <a:chOff x="0" y="0"/>
                          <a:chExt cx="4997450" cy="5353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497205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0" h="509905">
                                <a:moveTo>
                                  <a:pt x="0" y="84983"/>
                                </a:moveTo>
                                <a:lnTo>
                                  <a:pt x="6678" y="51903"/>
                                </a:lnTo>
                                <a:lnTo>
                                  <a:pt x="24890" y="24891"/>
                                </a:lnTo>
                                <a:lnTo>
                                  <a:pt x="51903" y="6678"/>
                                </a:lnTo>
                                <a:lnTo>
                                  <a:pt x="84982" y="0"/>
                                </a:lnTo>
                                <a:lnTo>
                                  <a:pt x="4887067" y="0"/>
                                </a:lnTo>
                                <a:lnTo>
                                  <a:pt x="4920146" y="6678"/>
                                </a:lnTo>
                                <a:lnTo>
                                  <a:pt x="4947159" y="24891"/>
                                </a:lnTo>
                                <a:lnTo>
                                  <a:pt x="4965371" y="51903"/>
                                </a:lnTo>
                                <a:lnTo>
                                  <a:pt x="4972050" y="84983"/>
                                </a:lnTo>
                                <a:lnTo>
                                  <a:pt x="4972050" y="424921"/>
                                </a:lnTo>
                                <a:lnTo>
                                  <a:pt x="4965371" y="458001"/>
                                </a:lnTo>
                                <a:lnTo>
                                  <a:pt x="4947159" y="485013"/>
                                </a:lnTo>
                                <a:lnTo>
                                  <a:pt x="4920146" y="503226"/>
                                </a:lnTo>
                                <a:lnTo>
                                  <a:pt x="4887067" y="509905"/>
                                </a:lnTo>
                                <a:lnTo>
                                  <a:pt x="84982" y="509905"/>
                                </a:lnTo>
                                <a:lnTo>
                                  <a:pt x="51903" y="503226"/>
                                </a:lnTo>
                                <a:lnTo>
                                  <a:pt x="24890" y="485013"/>
                                </a:lnTo>
                                <a:lnTo>
                                  <a:pt x="6678" y="458001"/>
                                </a:lnTo>
                                <a:lnTo>
                                  <a:pt x="0" y="424921"/>
                                </a:lnTo>
                                <a:lnTo>
                                  <a:pt x="0" y="8498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4997450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628917" w14:textId="41577901" w:rsidR="006A5B95" w:rsidRPr="00ED1EE6" w:rsidRDefault="006A5B95" w:rsidP="006A5B95">
                              <w:pPr>
                                <w:spacing w:after="0"/>
                                <w:ind w:left="142" w:rightChars="99" w:right="208"/>
                                <w:jc w:val="center"/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lang w:bidi="th-TH"/>
                                </w:rPr>
                                <w:t>นตอนการรับเงินสนับสนุนการศึกษาระดับมัธยมศึกษา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0B018" id="Group 1" o:spid="_x0000_s1027" style="position:absolute;left:0;text-align:left;margin-left:0;margin-top:.85pt;width:393.5pt;height:42.15pt;z-index:251659264;mso-position-horizontal:center;mso-position-horizontal-relative:margin" coordsize="49974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">
                <v:shape id="Graphic 2" o:spid="_x0000_s1028" style="position:absolute;left:127;top:127;width:49720;height:5099;visibility:visible;mso-wrap-style:square;v-text-anchor:top" coordsize="4972050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" path="m,84983l6678,51903,24890,24891,51903,6678,84982,,4887067,r33079,6678l4947159,24891r18212,27012l4972050,84983r,339938l4965371,458001r-18212,27012l4920146,503226r-33079,6679l84982,509905,51903,503226,24890,485013,6678,458001,,424921,,84983xe" filled="f" strokeweight="2pt">
                  <v:path arrowok="t"/>
                </v:shape>
                <v:shape id="Textbox 3" o:spid="_x0000_s1029" type="#_x0000_t202" style="position:absolute;width:49974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<v:textbox inset="0,0,0,0">
                    <w:txbxContent>
                      <w:p w14:paraId="5D628917" w14:textId="41577901" w:rsidR="006A5B95" w:rsidRPr="00ED1EE6" w:rsidRDefault="006A5B95" w:rsidP="006A5B95">
                        <w:pPr>
                          <w:spacing w:after="0"/>
                          <w:ind w:left="142" w:rightChars="99" w:right="208"/>
                          <w:jc w:val="center"/>
                          <w:rPr>
                            <w:b/>
                            <w:sz w:val="24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lang w:bidi="th-TH"/>
                          </w:rPr>
                          <w:t>นตอนการรับเงินสนับสนุนการศึกษาระดับมัธยมศึกษา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56043F8" w14:textId="6993414F" w:rsidR="00B2341F" w:rsidRPr="008877D5" w:rsidRDefault="00751378" w:rsidP="00D407D2">
      <w:pPr>
        <w:wordWrap w:val="0"/>
        <w:spacing w:beforeLines="50" w:before="120" w:after="120"/>
        <w:rPr>
          <w:sz w:val="22"/>
        </w:rPr>
      </w:pPr>
      <w:r w:rsidRPr="008877D5">
        <w:rPr>
          <w:sz w:val="22"/>
          <w:lang w:bidi="th-TH"/>
        </w:rPr>
        <w:t>ทุนสนับสนุนการเข้าเรียนระดับมัธยมศึกษา</w:t>
      </w:r>
      <w:r w:rsidRPr="008877D5">
        <w:rPr>
          <w:sz w:val="22"/>
        </w:rPr>
        <w:t xml:space="preserve"> (</w:t>
      </w:r>
      <w:r w:rsidRPr="008877D5">
        <w:rPr>
          <w:sz w:val="22"/>
          <w:lang w:bidi="th-TH"/>
        </w:rPr>
        <w:t>ต่อไปนี้เรียกว่า</w:t>
      </w:r>
      <w:r w:rsidRPr="008877D5">
        <w:rPr>
          <w:sz w:val="22"/>
        </w:rPr>
        <w:t xml:space="preserve"> "</w:t>
      </w:r>
      <w:r w:rsidRPr="008877D5">
        <w:rPr>
          <w:sz w:val="22"/>
          <w:lang w:bidi="th-TH"/>
        </w:rPr>
        <w:t>ทุนสนับสนุน</w:t>
      </w:r>
      <w:r w:rsidRPr="008877D5">
        <w:rPr>
          <w:sz w:val="22"/>
        </w:rPr>
        <w:t xml:space="preserve">") </w:t>
      </w:r>
      <w:r w:rsidRPr="008877D5">
        <w:rPr>
          <w:sz w:val="22"/>
          <w:lang w:bidi="th-TH"/>
        </w:rPr>
        <w:t>เป็นการชําระค่าเล่าเรียนแทนนักเรียนที่มีคุณสมบัติตามเกณฑ์</w:t>
      </w:r>
      <w:r w:rsidRPr="008877D5">
        <w:rPr>
          <w:sz w:val="22"/>
        </w:rPr>
        <w:t xml:space="preserve"> </w:t>
      </w:r>
      <w:r w:rsidRPr="008877D5">
        <w:rPr>
          <w:sz w:val="22"/>
          <w:lang w:bidi="th-TH"/>
        </w:rPr>
        <w:t>โดยรัฐบาล</w:t>
      </w:r>
      <w:r w:rsidRPr="008877D5">
        <w:rPr>
          <w:sz w:val="22"/>
        </w:rPr>
        <w:t xml:space="preserve"> </w:t>
      </w:r>
      <w:r w:rsidRPr="008877D5">
        <w:rPr>
          <w:sz w:val="22"/>
          <w:lang w:bidi="th-TH"/>
        </w:rPr>
        <w:t>ไม่เหมือนทุนกู้ยืมที่ต้องชําระคืน</w:t>
      </w:r>
      <w:r w:rsidRPr="008877D5">
        <w:rPr>
          <w:sz w:val="22"/>
        </w:rPr>
        <w:t xml:space="preserve"> </w:t>
      </w:r>
      <w:r w:rsidR="00D407D2" w:rsidRPr="008877D5">
        <w:rPr>
          <w:sz w:val="22"/>
          <w:cs/>
          <w:lang w:bidi="th-TH"/>
        </w:rPr>
        <w:t>นักเรียนทุกชั้นปีต้องดําเนินการสมัครในเดือนเมษายน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46"/>
      </w:tblGrid>
      <w:tr w:rsidR="00B2341F" w:rsidRPr="008877D5" w14:paraId="5C4F6A39" w14:textId="77777777">
        <w:trPr>
          <w:jc w:val="center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2821" w14:textId="77777777" w:rsidR="00B2341F" w:rsidRPr="008877D5" w:rsidRDefault="00751378">
            <w:pPr>
              <w:spacing w:after="80"/>
              <w:rPr>
                <w:sz w:val="22"/>
              </w:rPr>
            </w:pPr>
            <w:r w:rsidRPr="008877D5">
              <w:rPr>
                <w:b/>
                <w:bCs/>
                <w:sz w:val="22"/>
                <w:lang w:bidi="th-TH"/>
              </w:rPr>
              <w:t>เงื่อนไขการได้รับสิทธิ์</w:t>
            </w:r>
          </w:p>
          <w:p w14:paraId="283C6C2E" w14:textId="3439DA48" w:rsidR="00B2341F" w:rsidRPr="008877D5" w:rsidRDefault="00751378" w:rsidP="00D16601">
            <w:pPr>
              <w:spacing w:after="80"/>
              <w:ind w:left="180" w:hangingChars="82" w:hanging="180"/>
              <w:rPr>
                <w:sz w:val="22"/>
              </w:rPr>
            </w:pPr>
            <w:r w:rsidRPr="008877D5">
              <w:rPr>
                <w:sz w:val="22"/>
              </w:rPr>
              <w:t>○</w:t>
            </w:r>
            <w:r w:rsidR="00480ADE" w:rsidRPr="008877D5">
              <w:rPr>
                <w:sz w:val="22"/>
                <w:cs/>
                <w:lang w:bidi="th-TH"/>
              </w:rPr>
              <w:t xml:space="preserve">ต้องเข้าข่ายข้อใดข้อหนึ่งต่อไปนี้ ตั้งแต่ </w:t>
            </w:r>
            <w:r w:rsidR="00480ADE" w:rsidRPr="008877D5">
              <w:rPr>
                <w:rFonts w:ascii="Cambria Math" w:hAnsi="Cambria Math" w:cs="Cambria Math" w:hint="cs"/>
                <w:sz w:val="22"/>
                <w:cs/>
                <w:lang w:bidi="th-TH"/>
              </w:rPr>
              <w:t>①</w:t>
            </w:r>
            <w:r w:rsidR="00480ADE" w:rsidRPr="008877D5">
              <w:rPr>
                <w:sz w:val="22"/>
                <w:cs/>
                <w:lang w:bidi="th-TH"/>
              </w:rPr>
              <w:t xml:space="preserve"> </w:t>
            </w:r>
            <w:r w:rsidR="00480ADE" w:rsidRPr="008877D5">
              <w:rPr>
                <w:rFonts w:hint="cs"/>
                <w:sz w:val="22"/>
                <w:cs/>
                <w:lang w:bidi="th-TH"/>
              </w:rPr>
              <w:t>ถึง</w:t>
            </w:r>
            <w:r w:rsidR="00480ADE" w:rsidRPr="008877D5">
              <w:rPr>
                <w:sz w:val="22"/>
                <w:cs/>
                <w:lang w:bidi="th-TH"/>
              </w:rPr>
              <w:t xml:space="preserve"> </w:t>
            </w:r>
            <w:r w:rsidR="00480ADE" w:rsidRPr="008877D5">
              <w:rPr>
                <w:rFonts w:ascii="Cambria Math" w:hAnsi="Cambria Math" w:cs="Cambria Math" w:hint="cs"/>
                <w:sz w:val="22"/>
                <w:cs/>
                <w:lang w:bidi="th-TH"/>
              </w:rPr>
              <w:t>⑦</w:t>
            </w:r>
          </w:p>
          <w:p w14:paraId="4432DF7E" w14:textId="77777777" w:rsidR="00B92D62" w:rsidRPr="008877D5" w:rsidRDefault="00480ADE" w:rsidP="00D16601">
            <w:pPr>
              <w:spacing w:after="80"/>
              <w:ind w:left="174"/>
              <w:rPr>
                <w:rFonts w:eastAsiaTheme="minorEastAsia"/>
                <w:sz w:val="22"/>
                <w:lang w:eastAsia="ja-JP" w:bidi="th-TH"/>
              </w:rPr>
            </w:pPr>
            <w:r w:rsidRPr="008877D5">
              <w:rPr>
                <w:rFonts w:ascii="Cambria Math" w:hAnsi="Cambria Math" w:cs="Cambria Math"/>
                <w:sz w:val="22"/>
              </w:rPr>
              <w:t>①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cs/>
                <w:lang w:bidi="th-TH"/>
              </w:rPr>
              <w:t>ผู้มีสัญชาติญี่ปุ่น</w:t>
            </w:r>
            <w:r w:rsidRPr="008877D5">
              <w:rPr>
                <w:rFonts w:ascii="ＭＳ ゴシック" w:eastAsia="ＭＳ ゴシック" w:hAnsi="ＭＳ ゴシック" w:cs="ＭＳ ゴシック" w:hint="eastAsia"/>
                <w:sz w:val="22"/>
              </w:rPr>
              <w:t xml:space="preserve">　</w:t>
            </w:r>
            <w:r w:rsidRPr="008877D5">
              <w:rPr>
                <w:rFonts w:ascii="Cambria Math" w:hAnsi="Cambria Math" w:cs="Cambria Math"/>
                <w:sz w:val="22"/>
              </w:rPr>
              <w:t>②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cs/>
                <w:lang w:bidi="th-TH"/>
              </w:rPr>
              <w:t>ผู้พำนักถาวรเป็นกรณีพิเศษ</w:t>
            </w:r>
            <w:r w:rsidRPr="008877D5">
              <w:rPr>
                <w:rFonts w:ascii="ＭＳ ゴシック" w:eastAsia="ＭＳ ゴシック" w:hAnsi="ＭＳ ゴシック" w:cs="ＭＳ ゴシック" w:hint="eastAsia"/>
                <w:sz w:val="22"/>
              </w:rPr>
              <w:t xml:space="preserve">　</w:t>
            </w:r>
            <w:r w:rsidRPr="008877D5">
              <w:rPr>
                <w:rFonts w:ascii="Cambria Math" w:hAnsi="Cambria Math" w:cs="Cambria Math"/>
                <w:sz w:val="22"/>
              </w:rPr>
              <w:t>③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cs/>
                <w:lang w:bidi="th-TH"/>
              </w:rPr>
              <w:t>ผู้พำนักถาวร</w:t>
            </w:r>
            <w:r w:rsidRPr="008877D5">
              <w:rPr>
                <w:rFonts w:eastAsiaTheme="minorEastAsia"/>
                <w:sz w:val="22"/>
                <w:lang w:eastAsia="ja-JP" w:bidi="th-TH"/>
              </w:rPr>
              <w:br/>
            </w:r>
            <w:r w:rsidRPr="008877D5">
              <w:rPr>
                <w:rFonts w:ascii="Cambria Math" w:hAnsi="Cambria Math" w:cs="Cambria Math"/>
                <w:sz w:val="22"/>
              </w:rPr>
              <w:t>④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cs/>
                <w:lang w:bidi="th-TH"/>
              </w:rPr>
              <w:t>คู่สมรสของผู้มีสัญชาติญี่ปุ่นหรือผู้ที่มีสถานะเทียบเท่า</w:t>
            </w:r>
            <w:r w:rsidRPr="008877D5">
              <w:rPr>
                <w:sz w:val="22"/>
              </w:rPr>
              <w:br/>
            </w:r>
            <w:r w:rsidRPr="008877D5">
              <w:rPr>
                <w:rFonts w:ascii="Cambria Math" w:hAnsi="Cambria Math" w:cs="Cambria Math"/>
                <w:sz w:val="22"/>
              </w:rPr>
              <w:t>⑤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cs/>
                <w:lang w:bidi="th-TH"/>
              </w:rPr>
              <w:t>คู่สมรสของผู้พำนักถาวรหรือผู้ที่มีสถานะเทียบเท่า</w:t>
            </w:r>
            <w:r w:rsidRPr="008877D5">
              <w:rPr>
                <w:rFonts w:eastAsiaTheme="minorEastAsia"/>
                <w:sz w:val="22"/>
                <w:lang w:eastAsia="ja-JP" w:bidi="th-TH"/>
              </w:rPr>
              <w:br/>
            </w:r>
            <w:r w:rsidRPr="008877D5">
              <w:rPr>
                <w:rFonts w:ascii="Cambria Math" w:hAnsi="Cambria Math" w:cs="Cambria Math"/>
                <w:sz w:val="22"/>
              </w:rPr>
              <w:t>⑥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cs/>
                <w:lang w:bidi="th-TH"/>
              </w:rPr>
              <w:t>ผู้พำนักระยะยาวที่ได้รับการยอมรับว่ามีความตั้งใจที่จะพำนักถาวรในประเทศญี่ปุ่นในอนาคต</w:t>
            </w:r>
            <w:r w:rsidRPr="008877D5">
              <w:rPr>
                <w:sz w:val="22"/>
              </w:rPr>
              <w:br/>
            </w:r>
            <w:r w:rsidRPr="008877D5">
              <w:rPr>
                <w:rFonts w:ascii="Cambria Math" w:hAnsi="Cambria Math" w:cs="Cambria Math"/>
                <w:sz w:val="22"/>
              </w:rPr>
              <w:t>⑦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cs/>
                <w:lang w:bidi="th-TH"/>
              </w:rPr>
              <w:t>ผู้พำนักในญี่ปุ่นเพื่อพำนักกับครอบครัวซึ่งสำเร็จการศึกษาระดับประถมศึกษาและมัธยมศึกษาตอนต้น และได้รับการยอมรับว่ามีความตั้งใจที่จะทำงานและตั้งถิ่นฐานในประเทศญี่ปุ่นหลังจากสำเร็จการศึกษาระดับมัธยมศึกษาตอนปลายหรือเทียบเท่า</w:t>
            </w:r>
            <w:r w:rsidRPr="008877D5">
              <w:rPr>
                <w:sz w:val="22"/>
              </w:rPr>
              <w:br/>
              <w:t xml:space="preserve">※ </w:t>
            </w:r>
            <w:r w:rsidRPr="008877D5">
              <w:rPr>
                <w:sz w:val="22"/>
                <w:cs/>
                <w:lang w:bidi="th-TH"/>
              </w:rPr>
              <w:t xml:space="preserve">สำหรับนักเรียนต่างชาติและบุคคลอื่นที่ไม่เข้าข่ายข้อ </w:t>
            </w:r>
            <w:r w:rsidRPr="008877D5">
              <w:rPr>
                <w:rFonts w:ascii="Cambria Math" w:hAnsi="Cambria Math" w:cs="Cambria Math" w:hint="cs"/>
                <w:sz w:val="22"/>
                <w:cs/>
                <w:lang w:bidi="th-TH"/>
              </w:rPr>
              <w:t>①</w:t>
            </w:r>
            <w:r w:rsidRPr="008877D5">
              <w:rPr>
                <w:sz w:val="22"/>
                <w:cs/>
                <w:lang w:bidi="th-TH"/>
              </w:rPr>
              <w:t xml:space="preserve"> </w:t>
            </w:r>
            <w:r w:rsidRPr="008877D5">
              <w:rPr>
                <w:rFonts w:hint="cs"/>
                <w:sz w:val="22"/>
                <w:cs/>
                <w:lang w:bidi="th-TH"/>
              </w:rPr>
              <w:t>ถึง</w:t>
            </w:r>
            <w:r w:rsidRPr="008877D5">
              <w:rPr>
                <w:sz w:val="22"/>
                <w:cs/>
                <w:lang w:bidi="th-TH"/>
              </w:rPr>
              <w:t xml:space="preserve"> </w:t>
            </w:r>
            <w:r w:rsidRPr="008877D5">
              <w:rPr>
                <w:rFonts w:ascii="Cambria Math" w:hAnsi="Cambria Math" w:cs="Cambria Math" w:hint="cs"/>
                <w:sz w:val="22"/>
                <w:cs/>
                <w:lang w:bidi="th-TH"/>
              </w:rPr>
              <w:t>⑦</w:t>
            </w:r>
            <w:r w:rsidRPr="008877D5">
              <w:rPr>
                <w:sz w:val="22"/>
                <w:cs/>
                <w:lang w:bidi="th-TH"/>
              </w:rPr>
              <w:t xml:space="preserve"> </w:t>
            </w:r>
            <w:r w:rsidRPr="008877D5">
              <w:rPr>
                <w:rFonts w:hint="cs"/>
                <w:sz w:val="22"/>
                <w:cs/>
                <w:lang w:bidi="th-TH"/>
              </w:rPr>
              <w:t>ข้างต้น</w:t>
            </w:r>
            <w:r w:rsidRPr="008877D5">
              <w:rPr>
                <w:sz w:val="22"/>
                <w:cs/>
                <w:lang w:bidi="th-TH"/>
              </w:rPr>
              <w:t xml:space="preserve"> </w:t>
            </w:r>
            <w:r w:rsidRPr="008877D5">
              <w:rPr>
                <w:rFonts w:hint="cs"/>
                <w:sz w:val="22"/>
                <w:cs/>
                <w:lang w:bidi="th-TH"/>
              </w:rPr>
              <w:t>ก็มีระบบให้ความช่วยเหลือด้านค่าเล่าเรียนเช่นกัน</w:t>
            </w:r>
            <w:r w:rsidRPr="008877D5">
              <w:rPr>
                <w:rFonts w:eastAsiaTheme="minorEastAsia" w:hint="eastAsia"/>
                <w:sz w:val="22"/>
                <w:lang w:eastAsia="ja-JP" w:bidi="th-TH"/>
              </w:rPr>
              <w:t xml:space="preserve"> </w:t>
            </w:r>
            <w:r w:rsidRPr="008877D5">
              <w:rPr>
                <w:sz w:val="22"/>
                <w:cs/>
                <w:lang w:bidi="th-TH"/>
              </w:rPr>
              <w:t>โปรดดูรายละเอียดที่หัวข้อ “ขั้นตอนกรณีไม่เข้าข่ายเป็นผู้มีสิทธิ์รับเงินสนับสนุนการศึกษาระดับมัธยมศึกษา”</w:t>
            </w:r>
          </w:p>
          <w:p w14:paraId="7C82035B" w14:textId="77777777" w:rsidR="00B92D62" w:rsidRPr="008877D5" w:rsidRDefault="00480ADE" w:rsidP="00B92D62">
            <w:pPr>
              <w:spacing w:after="80"/>
              <w:rPr>
                <w:rFonts w:eastAsiaTheme="minorEastAsia"/>
                <w:sz w:val="22"/>
                <w:lang w:eastAsia="ja-JP" w:bidi="th-TH"/>
              </w:rPr>
            </w:pPr>
            <w:r w:rsidRPr="008877D5">
              <w:rPr>
                <w:sz w:val="22"/>
              </w:rPr>
              <w:t xml:space="preserve">○ </w:t>
            </w:r>
            <w:r w:rsidRPr="008877D5">
              <w:rPr>
                <w:sz w:val="22"/>
                <w:cs/>
                <w:lang w:bidi="th-TH"/>
              </w:rPr>
              <w:t>ผู้ที่มีที่อยู่ในประเทศญี่ปุ่น</w:t>
            </w:r>
          </w:p>
          <w:p w14:paraId="787650A3" w14:textId="2768DA0E" w:rsidR="00B2341F" w:rsidRPr="008877D5" w:rsidRDefault="00480ADE" w:rsidP="00B92D62">
            <w:pPr>
              <w:spacing w:after="80"/>
              <w:rPr>
                <w:sz w:val="22"/>
              </w:rPr>
            </w:pPr>
            <w:r w:rsidRPr="008877D5">
              <w:rPr>
                <w:sz w:val="22"/>
              </w:rPr>
              <w:t xml:space="preserve">○ </w:t>
            </w:r>
            <w:r w:rsidRPr="008877D5">
              <w:rPr>
                <w:sz w:val="22"/>
                <w:cs/>
                <w:lang w:bidi="th-TH"/>
              </w:rPr>
              <w:t>ผู้ที่ไม่เคยสำเร็จการศึกษาหรือจบหลักสูตรระดับมัธยมศึกษาตอนปลายหรือเทียบเท่า</w:t>
            </w:r>
          </w:p>
          <w:p w14:paraId="6E0075B2" w14:textId="77777777" w:rsidR="00B2341F" w:rsidRPr="008877D5" w:rsidRDefault="00751378">
            <w:pPr>
              <w:spacing w:after="80"/>
              <w:rPr>
                <w:sz w:val="22"/>
              </w:rPr>
            </w:pPr>
            <w:r w:rsidRPr="008877D5">
              <w:rPr>
                <w:sz w:val="22"/>
              </w:rPr>
              <w:t xml:space="preserve">○ </w:t>
            </w:r>
            <w:r w:rsidRPr="008877D5">
              <w:rPr>
                <w:sz w:val="22"/>
                <w:lang w:bidi="th-TH"/>
              </w:rPr>
              <w:t>ระยะเวลาการศึกษาในโรงเรียนมัธยมศึกษาต้องไม่เกิน</w:t>
            </w:r>
            <w:r w:rsidRPr="008877D5">
              <w:rPr>
                <w:sz w:val="22"/>
              </w:rPr>
              <w:t xml:space="preserve"> 36 </w:t>
            </w:r>
            <w:r w:rsidRPr="008877D5">
              <w:rPr>
                <w:sz w:val="22"/>
                <w:lang w:bidi="th-TH"/>
              </w:rPr>
              <w:t>เดือน</w:t>
            </w:r>
          </w:p>
          <w:p w14:paraId="22B030DE" w14:textId="77777777" w:rsidR="00B2341F" w:rsidRPr="008877D5" w:rsidRDefault="00751378" w:rsidP="00D16601">
            <w:pPr>
              <w:spacing w:after="80"/>
              <w:ind w:left="174"/>
              <w:rPr>
                <w:sz w:val="22"/>
              </w:rPr>
            </w:pPr>
            <w:r w:rsidRPr="008877D5">
              <w:rPr>
                <w:sz w:val="22"/>
                <w:lang w:bidi="th-TH"/>
              </w:rPr>
              <w:t>สําหรับหลักสูตรนอกเวลาและการศึกษาทางไกล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กําหนดไว้ที่</w:t>
            </w:r>
            <w:r w:rsidRPr="008877D5">
              <w:rPr>
                <w:sz w:val="22"/>
              </w:rPr>
              <w:t xml:space="preserve"> 48 </w:t>
            </w:r>
            <w:r w:rsidRPr="008877D5">
              <w:rPr>
                <w:sz w:val="22"/>
                <w:lang w:bidi="th-TH"/>
              </w:rPr>
              <w:t>เดือน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ใช้กับโรงเรียนของรัฐ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โรงเรียนรัฐบาล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และโรงเรียนเอกชนทั้งหมด</w:t>
            </w:r>
          </w:p>
        </w:tc>
      </w:tr>
    </w:tbl>
    <w:p w14:paraId="4FA082F0" w14:textId="6E86CFB6" w:rsidR="00B2341F" w:rsidRPr="008877D5" w:rsidRDefault="00751378" w:rsidP="00D16601">
      <w:pPr>
        <w:spacing w:beforeLines="50" w:before="120" w:after="120"/>
        <w:rPr>
          <w:rFonts w:eastAsiaTheme="minorEastAsia"/>
          <w:sz w:val="22"/>
          <w:lang w:eastAsia="ja-JP" w:bidi="th-TH"/>
        </w:rPr>
      </w:pPr>
      <w:r w:rsidRPr="008877D5">
        <w:rPr>
          <w:sz w:val="22"/>
          <w:lang w:bidi="th-TH"/>
        </w:rPr>
        <w:t>หากไม่สมัครภายในกําหนดหรือไม่ผ่านเกณฑ์</w:t>
      </w:r>
      <w:r w:rsidRPr="008877D5">
        <w:rPr>
          <w:sz w:val="22"/>
        </w:rPr>
        <w:t xml:space="preserve"> </w:t>
      </w:r>
      <w:r w:rsidRPr="008877D5">
        <w:rPr>
          <w:sz w:val="22"/>
          <w:lang w:bidi="th-TH"/>
        </w:rPr>
        <w:t>ต้องชําระค่าเล่าเรียน</w:t>
      </w:r>
      <w:r w:rsidRPr="008877D5">
        <w:rPr>
          <w:sz w:val="22"/>
        </w:rPr>
        <w:t xml:space="preserve"> 4 </w:t>
      </w:r>
      <w:r w:rsidRPr="008877D5">
        <w:rPr>
          <w:sz w:val="22"/>
          <w:lang w:bidi="th-TH"/>
        </w:rPr>
        <w:t>งวด</w:t>
      </w:r>
      <w:r w:rsidRPr="008877D5">
        <w:rPr>
          <w:sz w:val="22"/>
        </w:rPr>
        <w:t xml:space="preserve">: </w:t>
      </w:r>
      <w:r w:rsidRPr="008877D5">
        <w:rPr>
          <w:sz w:val="22"/>
          <w:lang w:bidi="th-TH"/>
        </w:rPr>
        <w:t>หลักสูตรเต็มเวลา</w:t>
      </w:r>
      <w:r w:rsidRPr="008877D5">
        <w:rPr>
          <w:sz w:val="22"/>
        </w:rPr>
        <w:t xml:space="preserve"> 118,800 </w:t>
      </w:r>
      <w:r w:rsidRPr="008877D5">
        <w:rPr>
          <w:sz w:val="22"/>
          <w:lang w:bidi="th-TH"/>
        </w:rPr>
        <w:t>เยน</w:t>
      </w:r>
      <w:r w:rsidRPr="008877D5">
        <w:rPr>
          <w:sz w:val="22"/>
        </w:rPr>
        <w:t>/</w:t>
      </w:r>
      <w:r w:rsidRPr="008877D5">
        <w:rPr>
          <w:sz w:val="22"/>
          <w:lang w:bidi="th-TH"/>
        </w:rPr>
        <w:t>ปี</w:t>
      </w:r>
      <w:r w:rsidRPr="008877D5">
        <w:rPr>
          <w:sz w:val="22"/>
        </w:rPr>
        <w:t xml:space="preserve">, </w:t>
      </w:r>
      <w:r w:rsidRPr="008877D5">
        <w:rPr>
          <w:sz w:val="22"/>
          <w:lang w:bidi="th-TH"/>
        </w:rPr>
        <w:t>นอกเวลา</w:t>
      </w:r>
      <w:r w:rsidRPr="008877D5">
        <w:rPr>
          <w:sz w:val="22"/>
        </w:rPr>
        <w:t xml:space="preserve"> 32,400 </w:t>
      </w:r>
      <w:r w:rsidRPr="008877D5">
        <w:rPr>
          <w:sz w:val="22"/>
          <w:lang w:bidi="th-TH"/>
        </w:rPr>
        <w:t>เยน</w:t>
      </w:r>
      <w:r w:rsidRPr="008877D5">
        <w:rPr>
          <w:sz w:val="22"/>
        </w:rPr>
        <w:t>/</w:t>
      </w:r>
      <w:r w:rsidRPr="008877D5">
        <w:rPr>
          <w:sz w:val="22"/>
          <w:lang w:bidi="th-TH"/>
        </w:rPr>
        <w:t>ปี</w:t>
      </w:r>
      <w:r w:rsidRPr="008877D5">
        <w:rPr>
          <w:sz w:val="22"/>
        </w:rPr>
        <w:t xml:space="preserve">, </w:t>
      </w:r>
      <w:r w:rsidRPr="008877D5">
        <w:rPr>
          <w:sz w:val="22"/>
          <w:lang w:bidi="th-TH"/>
        </w:rPr>
        <w:t>ทางไกล</w:t>
      </w:r>
      <w:r w:rsidRPr="008877D5">
        <w:rPr>
          <w:sz w:val="22"/>
        </w:rPr>
        <w:t xml:space="preserve"> 330 </w:t>
      </w:r>
      <w:r w:rsidRPr="008877D5">
        <w:rPr>
          <w:sz w:val="22"/>
          <w:lang w:bidi="th-TH"/>
        </w:rPr>
        <w:t>เยน</w:t>
      </w:r>
      <w:r w:rsidRPr="008877D5">
        <w:rPr>
          <w:sz w:val="22"/>
        </w:rPr>
        <w:t>/</w:t>
      </w:r>
      <w:r w:rsidRPr="008877D5">
        <w:rPr>
          <w:sz w:val="22"/>
          <w:lang w:bidi="th-TH"/>
        </w:rPr>
        <w:t>หน่วยกิต</w:t>
      </w:r>
      <w:r w:rsidRPr="008877D5">
        <w:rPr>
          <w:sz w:val="22"/>
        </w:rPr>
        <w:t xml:space="preserve"> </w:t>
      </w:r>
      <w:r w:rsidRPr="008877D5">
        <w:rPr>
          <w:sz w:val="22"/>
          <w:lang w:bidi="th-TH"/>
        </w:rPr>
        <w:t>ทุนการศึกษามีการคัดเลือก</w:t>
      </w:r>
      <w:r w:rsidRPr="008877D5">
        <w:rPr>
          <w:sz w:val="22"/>
        </w:rPr>
        <w:t xml:space="preserve"> </w:t>
      </w:r>
      <w:r w:rsidR="00877A49" w:rsidRPr="008877D5">
        <w:rPr>
          <w:sz w:val="22"/>
          <w:cs/>
          <w:lang w:bidi="th-TH"/>
        </w:rPr>
        <w:t>ผลการสมัครเดือนเมษายนจะประกาศผ่านโรงเรียนในเดือนกันยายน (ตามแผน)</w:t>
      </w:r>
    </w:p>
    <w:p w14:paraId="5BB2D33E" w14:textId="765ED028" w:rsidR="00F543A3" w:rsidRPr="008877D5" w:rsidRDefault="00F543A3">
      <w:pPr>
        <w:rPr>
          <w:rFonts w:eastAsiaTheme="minorEastAsia"/>
          <w:sz w:val="22"/>
          <w:lang w:eastAsia="ja-JP" w:bidi="th-TH"/>
        </w:rPr>
      </w:pPr>
      <w:r w:rsidRPr="008877D5">
        <w:rPr>
          <w:rFonts w:eastAsiaTheme="minorEastAsia"/>
          <w:sz w:val="22"/>
          <w:lang w:eastAsia="ja-JP" w:bidi="th-TH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46"/>
      </w:tblGrid>
      <w:tr w:rsidR="00B2341F" w:rsidRPr="008877D5" w14:paraId="7252BA0B" w14:textId="77777777" w:rsidTr="00F543A3">
        <w:trPr>
          <w:jc w:val="center"/>
        </w:trPr>
        <w:tc>
          <w:tcPr>
            <w:tcW w:w="9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C09FA" w14:textId="77777777" w:rsidR="00B2341F" w:rsidRPr="008877D5" w:rsidRDefault="00751378">
            <w:pPr>
              <w:spacing w:after="80"/>
              <w:rPr>
                <w:sz w:val="22"/>
              </w:rPr>
            </w:pPr>
            <w:r w:rsidRPr="008877D5">
              <w:rPr>
                <w:b/>
                <w:bCs/>
                <w:sz w:val="22"/>
                <w:lang w:bidi="th-TH"/>
              </w:rPr>
              <w:lastRenderedPageBreak/>
              <w:t>เกี่ยวกับการสมัคร</w:t>
            </w:r>
          </w:p>
          <w:p w14:paraId="4016C5B3" w14:textId="227BBA70" w:rsidR="00F543A3" w:rsidRPr="008877D5" w:rsidRDefault="00F543A3">
            <w:pPr>
              <w:spacing w:after="80"/>
              <w:rPr>
                <w:rFonts w:eastAsiaTheme="minorEastAsia"/>
                <w:sz w:val="22"/>
                <w:lang w:eastAsia="ja-JP"/>
              </w:rPr>
            </w:pPr>
            <w:r w:rsidRPr="008877D5">
              <w:rPr>
                <w:rFonts w:eastAsiaTheme="minorEastAsia"/>
                <w:sz w:val="22"/>
                <w:cs/>
                <w:lang w:eastAsia="ja-JP" w:bidi="th-TH"/>
              </w:rPr>
              <w:t>โปรดสมัครออนไลน์ภายในกำหนดเวลา</w:t>
            </w:r>
            <w:r w:rsidRPr="008877D5">
              <w:rPr>
                <w:rFonts w:eastAsiaTheme="minorEastAsia"/>
                <w:sz w:val="22"/>
                <w:lang w:eastAsia="ja-JP"/>
              </w:rPr>
              <w:br/>
              <w:t xml:space="preserve">※ </w:t>
            </w:r>
            <w:r w:rsidRPr="008877D5">
              <w:rPr>
                <w:rFonts w:eastAsiaTheme="minorEastAsia"/>
                <w:sz w:val="22"/>
                <w:cs/>
                <w:lang w:eastAsia="ja-JP" w:bidi="th-TH"/>
              </w:rPr>
              <w:t>หากการสมัครออนไลน์เป็นเรื่องยาก สามารถสมัครโดยใช้แบบฟอร์มกระดาษได้ หากประสงค์จะสมัครโดยใช้แบบฟอร์มกระดาษ โปรดติดต่อสำนักงานของโรงเรียนที่ท่านกำลังศึกษาอยู่</w:t>
            </w:r>
          </w:p>
          <w:p w14:paraId="104BCE6B" w14:textId="77777777" w:rsidR="00D16601" w:rsidRPr="008877D5" w:rsidRDefault="00D16601">
            <w:pPr>
              <w:spacing w:after="40"/>
              <w:rPr>
                <w:rFonts w:eastAsiaTheme="minorEastAsia"/>
                <w:b/>
                <w:bCs/>
                <w:sz w:val="22"/>
                <w:lang w:eastAsia="ja-JP"/>
              </w:rPr>
            </w:pPr>
          </w:p>
          <w:p w14:paraId="0185A5CD" w14:textId="268180FF" w:rsidR="00B2341F" w:rsidRPr="008877D5" w:rsidRDefault="00751378">
            <w:pPr>
              <w:spacing w:after="40"/>
              <w:rPr>
                <w:sz w:val="22"/>
              </w:rPr>
            </w:pPr>
            <w:r w:rsidRPr="008877D5">
              <w:rPr>
                <w:b/>
                <w:bCs/>
                <w:sz w:val="22"/>
              </w:rPr>
              <w:t>＜</w:t>
            </w:r>
            <w:r w:rsidR="00F543A3" w:rsidRPr="008877D5">
              <w:rPr>
                <w:b/>
                <w:bCs/>
                <w:sz w:val="22"/>
                <w:cs/>
                <w:lang w:bidi="th-TH"/>
              </w:rPr>
              <w:t>สมัครออนไลน์</w:t>
            </w:r>
            <w:r w:rsidRPr="008877D5">
              <w:rPr>
                <w:b/>
                <w:bCs/>
                <w:sz w:val="22"/>
              </w:rPr>
              <w:t>＞</w:t>
            </w:r>
          </w:p>
          <w:p w14:paraId="7F3649C3" w14:textId="77777777" w:rsidR="00B2341F" w:rsidRPr="008877D5" w:rsidRDefault="00751378">
            <w:pPr>
              <w:spacing w:after="80"/>
              <w:rPr>
                <w:sz w:val="22"/>
              </w:rPr>
            </w:pPr>
            <w:r w:rsidRPr="008877D5">
              <w:rPr>
                <w:sz w:val="22"/>
                <w:lang w:bidi="th-TH"/>
              </w:rPr>
              <w:t>เข้าสู่ระบบ</w:t>
            </w:r>
            <w:r w:rsidRPr="008877D5">
              <w:rPr>
                <w:sz w:val="22"/>
              </w:rPr>
              <w:t xml:space="preserve"> "</w:t>
            </w:r>
            <w:r w:rsidRPr="008877D5">
              <w:rPr>
                <w:sz w:val="22"/>
                <w:lang w:bidi="th-TH"/>
              </w:rPr>
              <w:t>ระบบสมัครออนไลน์เงินสนับสนุนการศึกษาระดับมัธยม</w:t>
            </w:r>
            <w:r w:rsidRPr="008877D5">
              <w:rPr>
                <w:sz w:val="22"/>
              </w:rPr>
              <w:t xml:space="preserve">" </w:t>
            </w:r>
            <w:r w:rsidRPr="008877D5">
              <w:rPr>
                <w:sz w:val="22"/>
                <w:lang w:bidi="th-TH"/>
              </w:rPr>
              <w:t>โดยใช้</w:t>
            </w:r>
            <w:r w:rsidRPr="008877D5">
              <w:rPr>
                <w:sz w:val="22"/>
              </w:rPr>
              <w:t xml:space="preserve"> ID </w:t>
            </w:r>
            <w:r w:rsidRPr="008877D5">
              <w:rPr>
                <w:sz w:val="22"/>
                <w:lang w:bidi="th-TH"/>
              </w:rPr>
              <w:t>และรหัสผ่านที่ระบุในแบบฟอร์มแจ้งเตือน</w:t>
            </w:r>
            <w:r w:rsidRPr="008877D5">
              <w:rPr>
                <w:sz w:val="22"/>
              </w:rPr>
              <w:t xml:space="preserve"> ID </w:t>
            </w:r>
            <w:r w:rsidRPr="008877D5">
              <w:rPr>
                <w:sz w:val="22"/>
                <w:lang w:bidi="th-TH"/>
              </w:rPr>
              <w:t>เข้าสู่ระบบที่แจกจ่ายโดยสํานักงานโรงเรียน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สมัครตามคําแนะนําบนหน้าจอและคู่มือการใช้งานที่แจกจ่ายพร้อมกับแบบฟอร์มแจ้งเตือน</w:t>
            </w:r>
            <w:r w:rsidRPr="008877D5">
              <w:rPr>
                <w:sz w:val="22"/>
              </w:rPr>
              <w:t xml:space="preserve"> ID </w:t>
            </w:r>
            <w:r w:rsidRPr="008877D5">
              <w:rPr>
                <w:sz w:val="22"/>
                <w:lang w:bidi="th-TH"/>
              </w:rPr>
              <w:t>เข้าสู่ระบบ</w:t>
            </w:r>
          </w:p>
          <w:p w14:paraId="4E3C1732" w14:textId="720B2CB8" w:rsidR="00B2341F" w:rsidRPr="008877D5" w:rsidRDefault="00B2341F">
            <w:pPr>
              <w:spacing w:after="80"/>
            </w:pPr>
          </w:p>
        </w:tc>
      </w:tr>
    </w:tbl>
    <w:p w14:paraId="48EAC397" w14:textId="7CF0A23B" w:rsidR="00A83AC6" w:rsidRPr="008877D5" w:rsidRDefault="00A83AC6" w:rsidP="00EE3890">
      <w:pPr>
        <w:spacing w:before="240" w:after="40"/>
        <w:rPr>
          <w:rFonts w:eastAsiaTheme="minorEastAsia"/>
          <w:lang w:eastAsia="ja-JP"/>
        </w:rPr>
      </w:pPr>
      <w:r w:rsidRPr="008877D5">
        <w:rPr>
          <w:rFonts w:eastAsiaTheme="minorEastAsia"/>
          <w:cs/>
          <w:lang w:eastAsia="ja-JP" w:bidi="th-TH"/>
        </w:rPr>
        <w:t>หากมีการเปลี่ยนแปลงเกี่ยวกับสัญชาติ สถานะการพำนัก หรือข้อมูลอื่น ๆ โปรดแจ้งสำนักงานของโรงเรียนที่ท่านกำลังศึกษาอยู่</w:t>
      </w:r>
    </w:p>
    <w:p w14:paraId="4CE94EE2" w14:textId="77777777" w:rsidR="00A83AC6" w:rsidRPr="008877D5" w:rsidRDefault="00A83AC6">
      <w:pPr>
        <w:spacing w:after="40"/>
        <w:rPr>
          <w:rFonts w:eastAsiaTheme="minorEastAsia"/>
          <w:lang w:eastAsia="ja-JP"/>
        </w:rPr>
      </w:pPr>
    </w:p>
    <w:p w14:paraId="405EC373" w14:textId="77777777" w:rsidR="005D7CAD" w:rsidRPr="008877D5" w:rsidRDefault="00751378">
      <w:pPr>
        <w:rPr>
          <w:rFonts w:eastAsiaTheme="minorEastAsia"/>
          <w:lang w:eastAsia="ja-JP"/>
        </w:rPr>
      </w:pPr>
      <w:r w:rsidRPr="008877D5">
        <w:br w:type="page"/>
      </w:r>
    </w:p>
    <w:p w14:paraId="02A9AE1E" w14:textId="05A2F8A4" w:rsidR="00E652E8" w:rsidRPr="008877D5" w:rsidRDefault="00E652E8" w:rsidP="00E652E8">
      <w:pPr>
        <w:spacing w:beforeLines="50" w:before="120" w:after="120"/>
        <w:rPr>
          <w:rFonts w:eastAsiaTheme="minorEastAsia"/>
          <w:sz w:val="22"/>
          <w:lang w:eastAsia="ja-JP" w:bidi="th-TH"/>
        </w:rPr>
      </w:pPr>
      <w:r w:rsidRPr="008877D5">
        <w:rPr>
          <w:rFonts w:ascii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8BF0DA" wp14:editId="6A096635">
                <wp:simplePos x="0" y="0"/>
                <wp:positionH relativeFrom="margin">
                  <wp:align>center</wp:align>
                </wp:positionH>
                <wp:positionV relativeFrom="paragraph">
                  <wp:posOffset>109429</wp:posOffset>
                </wp:positionV>
                <wp:extent cx="4997450" cy="535305"/>
                <wp:effectExtent l="0" t="0" r="12700" b="0"/>
                <wp:wrapTopAndBottom/>
                <wp:docPr id="214223367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0" cy="535305"/>
                          <a:chOff x="0" y="0"/>
                          <a:chExt cx="4997450" cy="535305"/>
                        </a:xfrm>
                      </wpg:grpSpPr>
                      <wps:wsp>
                        <wps:cNvPr id="2036498405" name="Graphic 2"/>
                        <wps:cNvSpPr/>
                        <wps:spPr>
                          <a:xfrm>
                            <a:off x="12700" y="12700"/>
                            <a:ext cx="497205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0" h="509905">
                                <a:moveTo>
                                  <a:pt x="0" y="84983"/>
                                </a:moveTo>
                                <a:lnTo>
                                  <a:pt x="6678" y="51903"/>
                                </a:lnTo>
                                <a:lnTo>
                                  <a:pt x="24890" y="24891"/>
                                </a:lnTo>
                                <a:lnTo>
                                  <a:pt x="51903" y="6678"/>
                                </a:lnTo>
                                <a:lnTo>
                                  <a:pt x="84982" y="0"/>
                                </a:lnTo>
                                <a:lnTo>
                                  <a:pt x="4887067" y="0"/>
                                </a:lnTo>
                                <a:lnTo>
                                  <a:pt x="4920146" y="6678"/>
                                </a:lnTo>
                                <a:lnTo>
                                  <a:pt x="4947159" y="24891"/>
                                </a:lnTo>
                                <a:lnTo>
                                  <a:pt x="4965371" y="51903"/>
                                </a:lnTo>
                                <a:lnTo>
                                  <a:pt x="4972050" y="84983"/>
                                </a:lnTo>
                                <a:lnTo>
                                  <a:pt x="4972050" y="424921"/>
                                </a:lnTo>
                                <a:lnTo>
                                  <a:pt x="4965371" y="458001"/>
                                </a:lnTo>
                                <a:lnTo>
                                  <a:pt x="4947159" y="485013"/>
                                </a:lnTo>
                                <a:lnTo>
                                  <a:pt x="4920146" y="503226"/>
                                </a:lnTo>
                                <a:lnTo>
                                  <a:pt x="4887067" y="509905"/>
                                </a:lnTo>
                                <a:lnTo>
                                  <a:pt x="84982" y="509905"/>
                                </a:lnTo>
                                <a:lnTo>
                                  <a:pt x="51903" y="503226"/>
                                </a:lnTo>
                                <a:lnTo>
                                  <a:pt x="24890" y="485013"/>
                                </a:lnTo>
                                <a:lnTo>
                                  <a:pt x="6678" y="458001"/>
                                </a:lnTo>
                                <a:lnTo>
                                  <a:pt x="0" y="424921"/>
                                </a:lnTo>
                                <a:lnTo>
                                  <a:pt x="0" y="8498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1828337" name="Textbox 3"/>
                        <wps:cNvSpPr txBox="1"/>
                        <wps:spPr>
                          <a:xfrm>
                            <a:off x="0" y="0"/>
                            <a:ext cx="4997450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897556" w14:textId="18A154FA" w:rsidR="00E652E8" w:rsidRPr="008877D5" w:rsidRDefault="00E652E8" w:rsidP="00E652E8">
                              <w:pPr>
                                <w:spacing w:after="0"/>
                                <w:ind w:left="142" w:rightChars="99" w:right="208"/>
                                <w:jc w:val="center"/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 w:rsidRPr="008877D5">
                                <w:rPr>
                                  <w:b/>
                                  <w:bCs/>
                                  <w:sz w:val="30"/>
                                  <w:szCs w:val="30"/>
                                  <w:cs/>
                                  <w:lang w:bidi="th-TH"/>
                                </w:rPr>
                                <w:t>ขั้นตอนกรณีไม่เข้าข่ายเป็นผู้มีสิทธิ์รับเงินสนับสนุนการศึกษาระดับมัธยมศึกษา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BF0DA" id="_x0000_s1030" style="position:absolute;margin-left:0;margin-top:8.6pt;width:393.5pt;height:42.15pt;z-index:251663360;mso-position-horizontal:center;mso-position-horizontal-relative:margin" coordsize="49974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">
                <v:shape id="Graphic 2" o:spid="_x0000_s1031" style="position:absolute;left:127;top:127;width:49720;height:5099;visibility:visible;mso-wrap-style:square;v-text-anchor:top" coordsize="4972050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" path="m,84983l6678,51903,24890,24891,51903,6678,84982,,4887067,r33079,6678l4947159,24891r18212,27012l4972050,84983r,339938l4965371,458001r-18212,27012l4920146,503226r-33079,6679l84982,509905,51903,503226,24890,485013,6678,458001,,424921,,84983xe" filled="f" strokeweight="2pt">
                  <v:path arrowok="t"/>
                </v:shape>
                <v:shape id="Textbox 3" o:spid="_x0000_s1032" type="#_x0000_t202" style="position:absolute;width:49974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" filled="f" stroked="f">
                  <v:textbox inset="0,0,0,0">
                    <w:txbxContent>
                      <w:p w14:paraId="42897556" w14:textId="18A154FA" w:rsidR="00E652E8" w:rsidRPr="008877D5" w:rsidRDefault="00E652E8" w:rsidP="00E652E8">
                        <w:pPr>
                          <w:spacing w:after="0"/>
                          <w:ind w:left="142" w:rightChars="99" w:right="208"/>
                          <w:jc w:val="center"/>
                          <w:rPr>
                            <w:b/>
                            <w:sz w:val="24"/>
                            <w:szCs w:val="28"/>
                          </w:rPr>
                        </w:pPr>
                        <w:r w:rsidRPr="008877D5">
                          <w:rPr>
                            <w:b/>
                            <w:bCs/>
                            <w:sz w:val="30"/>
                            <w:szCs w:val="30"/>
                            <w:cs/>
                            <w:lang w:bidi="th-TH"/>
                          </w:rPr>
                          <w:t>ขั้นตอนกรณีไม่เข้าข่ายเป็นผู้มีสิทธิ์รับเงินสนับสนุนการศึกษาระดับมัธยมศึกษา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91C263D" w14:textId="0C10FC3F" w:rsidR="00A83AC6" w:rsidRPr="008877D5" w:rsidRDefault="00A83AC6" w:rsidP="00A83AC6">
      <w:pPr>
        <w:spacing w:beforeLines="50" w:before="120" w:after="120"/>
        <w:rPr>
          <w:rFonts w:eastAsiaTheme="minorEastAsia"/>
          <w:sz w:val="22"/>
          <w:lang w:eastAsia="ja-JP"/>
        </w:rPr>
      </w:pPr>
      <w:r w:rsidRPr="008877D5">
        <w:rPr>
          <w:rFonts w:eastAsiaTheme="minorEastAsia"/>
          <w:sz w:val="22"/>
          <w:cs/>
          <w:lang w:eastAsia="ja-JP" w:bidi="th-TH"/>
        </w:rPr>
        <w:t>สำหรับนักเรียนที่ผลการสมัครทุนสนับสนุนการศึกษาระดับมัธยมศึกษาไม่ผ่านเกณฑ์ หากได้รับการรับรองตามระบบการสนับสนุนด้านล่าง จะสามารถได้รับการสนับสนุนในลักษณะเดียวกันได้ ระบบที่สามารถใช้ได้จะแตกต่างกันไปตามชั้นปีการศึกษาและรายได้ต่อปีของครัวเรือน โปรดดูตารางต่อไปนี้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942"/>
        <w:gridCol w:w="3957"/>
        <w:gridCol w:w="3957"/>
      </w:tblGrid>
      <w:tr w:rsidR="00A83AC6" w:rsidRPr="008877D5" w14:paraId="7B3540AC" w14:textId="77777777" w:rsidTr="00CB7E42">
        <w:tc>
          <w:tcPr>
            <w:tcW w:w="2689" w:type="dxa"/>
          </w:tcPr>
          <w:p w14:paraId="7380D7D2" w14:textId="77777777" w:rsidR="00A83AC6" w:rsidRPr="008877D5" w:rsidRDefault="00A83AC6" w:rsidP="00CB7E42">
            <w:pPr>
              <w:spacing w:line="240" w:lineRule="atLeast"/>
              <w:rPr>
                <w:rFonts w:eastAsia="BIZ UDPゴシック"/>
                <w:sz w:val="22"/>
              </w:rPr>
            </w:pPr>
          </w:p>
        </w:tc>
        <w:tc>
          <w:tcPr>
            <w:tcW w:w="3685" w:type="dxa"/>
          </w:tcPr>
          <w:p w14:paraId="30E4937E" w14:textId="53962B0A" w:rsidR="00A83AC6" w:rsidRPr="008877D5" w:rsidRDefault="00A83AC6" w:rsidP="00CB7E42">
            <w:pPr>
              <w:spacing w:line="240" w:lineRule="atLeast"/>
              <w:jc w:val="center"/>
              <w:rPr>
                <w:rFonts w:eastAsia="BIZ UDPゴシック"/>
                <w:sz w:val="22"/>
              </w:rPr>
            </w:pPr>
            <w:r w:rsidRPr="008877D5">
              <w:rPr>
                <w:rFonts w:eastAsia="BIZ UDPゴシック"/>
                <w:sz w:val="22"/>
                <w:cs/>
                <w:lang w:bidi="th-TH"/>
              </w:rPr>
              <w:t>รายได้ต่อปีของครัวเรือนต่ำกว่าประมาณ 9.1 ล้านเยน</w:t>
            </w:r>
          </w:p>
        </w:tc>
        <w:tc>
          <w:tcPr>
            <w:tcW w:w="3821" w:type="dxa"/>
          </w:tcPr>
          <w:p w14:paraId="4BFB1A85" w14:textId="574EC1BF" w:rsidR="00A83AC6" w:rsidRPr="008877D5" w:rsidRDefault="00A83AC6" w:rsidP="00CB7E42">
            <w:pPr>
              <w:spacing w:line="240" w:lineRule="atLeast"/>
              <w:jc w:val="center"/>
              <w:rPr>
                <w:rFonts w:eastAsia="BIZ UDPゴシック"/>
                <w:sz w:val="22"/>
              </w:rPr>
            </w:pPr>
            <w:r w:rsidRPr="008877D5">
              <w:rPr>
                <w:rFonts w:eastAsia="BIZ UDPゴシック"/>
                <w:sz w:val="22"/>
                <w:cs/>
                <w:lang w:bidi="th-TH"/>
              </w:rPr>
              <w:t xml:space="preserve">รายได้ต่อปีของครัวเรือนประมาณ </w:t>
            </w:r>
            <w:r w:rsidRPr="008877D5">
              <w:rPr>
                <w:rFonts w:eastAsia="BIZ UDPゴシック"/>
                <w:sz w:val="22"/>
              </w:rPr>
              <w:t xml:space="preserve">9.1 </w:t>
            </w:r>
            <w:r w:rsidRPr="008877D5">
              <w:rPr>
                <w:rFonts w:eastAsia="BIZ UDPゴシック"/>
                <w:sz w:val="22"/>
                <w:cs/>
                <w:lang w:bidi="th-TH"/>
              </w:rPr>
              <w:t>ล้านเยนขึ้นไป</w:t>
            </w:r>
          </w:p>
        </w:tc>
      </w:tr>
      <w:tr w:rsidR="00A83AC6" w:rsidRPr="008877D5" w14:paraId="691E7C58" w14:textId="77777777" w:rsidTr="00CB7E42">
        <w:tc>
          <w:tcPr>
            <w:tcW w:w="2689" w:type="dxa"/>
          </w:tcPr>
          <w:p w14:paraId="44FEF6F4" w14:textId="42FE0BE1" w:rsidR="00A83AC6" w:rsidRPr="008877D5" w:rsidRDefault="00A83AC6" w:rsidP="00CB7E42">
            <w:pPr>
              <w:spacing w:line="240" w:lineRule="atLeast"/>
              <w:rPr>
                <w:rFonts w:eastAsia="BIZ UDPゴシック"/>
                <w:sz w:val="22"/>
                <w:lang w:eastAsia="ja-JP"/>
              </w:rPr>
            </w:pPr>
            <w:r w:rsidRPr="008877D5">
              <w:rPr>
                <w:rFonts w:eastAsia="BIZ UDPゴシック"/>
                <w:sz w:val="22"/>
                <w:cs/>
                <w:lang w:eastAsia="ja-JP" w:bidi="th-TH"/>
              </w:rPr>
              <w:t>นักเรียนใหม่ (ไม่รวมนักเรียนต่างชาติ)</w:t>
            </w:r>
          </w:p>
        </w:tc>
        <w:tc>
          <w:tcPr>
            <w:tcW w:w="3685" w:type="dxa"/>
          </w:tcPr>
          <w:p w14:paraId="0454BAD9" w14:textId="34F88817" w:rsidR="00A83AC6" w:rsidRPr="008877D5" w:rsidRDefault="00A83AC6" w:rsidP="00CB7E42">
            <w:pPr>
              <w:spacing w:line="240" w:lineRule="atLeast"/>
              <w:jc w:val="center"/>
              <w:rPr>
                <w:rFonts w:eastAsia="BIZ UDPゴシック"/>
                <w:sz w:val="22"/>
              </w:rPr>
            </w:pPr>
            <w:r w:rsidRPr="008877D5">
              <w:rPr>
                <w:rFonts w:eastAsia="BIZ UDPゴシック"/>
                <w:sz w:val="22"/>
                <w:cs/>
                <w:lang w:bidi="th-TH"/>
              </w:rPr>
              <w:t>เงินสนับสนุนการศึกษาใหม่สำหรับนักเรียนมัธยมปลาย</w:t>
            </w:r>
          </w:p>
        </w:tc>
        <w:tc>
          <w:tcPr>
            <w:tcW w:w="3821" w:type="dxa"/>
          </w:tcPr>
          <w:p w14:paraId="4190BFE5" w14:textId="451E3ABF" w:rsidR="00A83AC6" w:rsidRPr="008877D5" w:rsidRDefault="00A83AC6" w:rsidP="00CB7E42">
            <w:pPr>
              <w:spacing w:line="240" w:lineRule="atLeast"/>
              <w:jc w:val="center"/>
              <w:rPr>
                <w:rFonts w:eastAsia="BIZ UDPゴシック"/>
                <w:sz w:val="22"/>
              </w:rPr>
            </w:pPr>
            <w:r w:rsidRPr="008877D5">
              <w:rPr>
                <w:rFonts w:eastAsia="BIZ UDPゴシック"/>
                <w:sz w:val="22"/>
                <w:cs/>
                <w:lang w:bidi="th-TH"/>
              </w:rPr>
              <w:t>เงินสนับสนุนค่าเล่าเรียนของจังหวัดโอซาก้า</w:t>
            </w:r>
          </w:p>
        </w:tc>
      </w:tr>
      <w:tr w:rsidR="00A83AC6" w:rsidRPr="008877D5" w14:paraId="2624F026" w14:textId="77777777" w:rsidTr="00CB7E42">
        <w:tc>
          <w:tcPr>
            <w:tcW w:w="2689" w:type="dxa"/>
          </w:tcPr>
          <w:p w14:paraId="51953919" w14:textId="271A8A23" w:rsidR="00A83AC6" w:rsidRPr="008877D5" w:rsidRDefault="00A83AC6" w:rsidP="00CB7E42">
            <w:pPr>
              <w:spacing w:line="240" w:lineRule="atLeast"/>
              <w:rPr>
                <w:rFonts w:eastAsia="BIZ UDPゴシック"/>
                <w:sz w:val="22"/>
                <w:lang w:eastAsia="ja-JP"/>
              </w:rPr>
            </w:pPr>
            <w:r w:rsidRPr="008877D5">
              <w:rPr>
                <w:rFonts w:eastAsia="BIZ UDPゴシック"/>
                <w:sz w:val="22"/>
                <w:cs/>
                <w:lang w:eastAsia="ja-JP" w:bidi="th-TH"/>
              </w:rPr>
              <w:t>นักเรียนที่กำลังศึกษาอยู่ (รวมถึงนักเรียนต่างชาติ)</w:t>
            </w:r>
          </w:p>
        </w:tc>
        <w:tc>
          <w:tcPr>
            <w:tcW w:w="3685" w:type="dxa"/>
          </w:tcPr>
          <w:p w14:paraId="64BC5AF5" w14:textId="70E8EFF7" w:rsidR="00A83AC6" w:rsidRPr="008877D5" w:rsidRDefault="00A83AC6" w:rsidP="00CB7E42">
            <w:pPr>
              <w:spacing w:line="240" w:lineRule="atLeast"/>
              <w:jc w:val="center"/>
              <w:rPr>
                <w:rFonts w:eastAsia="BIZ UDPゴシック"/>
                <w:sz w:val="22"/>
                <w:lang w:eastAsia="zh-CN"/>
              </w:rPr>
            </w:pPr>
            <w:r w:rsidRPr="008877D5">
              <w:rPr>
                <w:rFonts w:eastAsia="BIZ UDPゴシック"/>
                <w:sz w:val="22"/>
                <w:cs/>
                <w:lang w:eastAsia="zh-CN" w:bidi="th-TH"/>
              </w:rPr>
              <w:t>ทุนสนับสนุนการศึกษาระดับมัธยมศึกษา (ระบบเดิม)</w:t>
            </w:r>
          </w:p>
        </w:tc>
        <w:tc>
          <w:tcPr>
            <w:tcW w:w="3821" w:type="dxa"/>
          </w:tcPr>
          <w:p w14:paraId="28FA51E8" w14:textId="22798787" w:rsidR="00A83AC6" w:rsidRPr="008877D5" w:rsidRDefault="00A83AC6" w:rsidP="00CB7E42">
            <w:pPr>
              <w:spacing w:line="240" w:lineRule="atLeast"/>
              <w:jc w:val="center"/>
              <w:rPr>
                <w:rFonts w:eastAsia="BIZ UDPゴシック"/>
                <w:sz w:val="22"/>
              </w:rPr>
            </w:pPr>
            <w:r w:rsidRPr="008877D5">
              <w:rPr>
                <w:rFonts w:eastAsia="BIZ UDPゴシック"/>
                <w:sz w:val="22"/>
                <w:cs/>
                <w:lang w:bidi="th-TH"/>
              </w:rPr>
              <w:t>เงินสนับสนุนการศึกษาใหม่สำหรับนักเรียนมัธยมปลาย</w:t>
            </w:r>
          </w:p>
        </w:tc>
      </w:tr>
    </w:tbl>
    <w:p w14:paraId="553FE6A7" w14:textId="77777777" w:rsidR="00A83AC6" w:rsidRPr="008877D5" w:rsidRDefault="00A83AC6">
      <w:pPr>
        <w:rPr>
          <w:rFonts w:eastAsiaTheme="minorEastAsia"/>
          <w:sz w:val="22"/>
          <w:lang w:eastAsia="ja-JP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46"/>
      </w:tblGrid>
      <w:tr w:rsidR="005D7CAD" w:rsidRPr="008877D5" w14:paraId="5BD3B812" w14:textId="77777777" w:rsidTr="00CB7E42">
        <w:trPr>
          <w:jc w:val="center"/>
        </w:trPr>
        <w:tc>
          <w:tcPr>
            <w:tcW w:w="9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D4301" w14:textId="77777777" w:rsidR="005D7CAD" w:rsidRPr="008877D5" w:rsidRDefault="005D7CAD" w:rsidP="00D838F9">
            <w:pPr>
              <w:spacing w:before="240" w:after="80"/>
              <w:rPr>
                <w:sz w:val="22"/>
              </w:rPr>
            </w:pPr>
            <w:r w:rsidRPr="008877D5">
              <w:rPr>
                <w:b/>
                <w:bCs/>
                <w:sz w:val="22"/>
                <w:lang w:bidi="th-TH"/>
              </w:rPr>
              <w:t>เกี่ยวกับการสมัคร</w:t>
            </w:r>
          </w:p>
          <w:p w14:paraId="067586CA" w14:textId="77777777" w:rsidR="00E12DDA" w:rsidRPr="008877D5" w:rsidRDefault="00E12DDA" w:rsidP="00E12DDA">
            <w:pPr>
              <w:spacing w:after="80"/>
              <w:rPr>
                <w:rFonts w:eastAsiaTheme="minorEastAsia"/>
                <w:b/>
                <w:bCs/>
                <w:sz w:val="22"/>
                <w:lang w:eastAsia="ja-JP" w:bidi="th-TH"/>
              </w:rPr>
            </w:pPr>
            <w:r w:rsidRPr="008877D5">
              <w:rPr>
                <w:rFonts w:eastAsiaTheme="minorEastAsia"/>
                <w:b/>
                <w:bCs/>
                <w:sz w:val="22"/>
                <w:lang w:eastAsia="ja-JP" w:bidi="th-TH"/>
              </w:rPr>
              <w:t xml:space="preserve">○ </w:t>
            </w:r>
            <w:r w:rsidRPr="008877D5">
              <w:rPr>
                <w:rFonts w:eastAsiaTheme="minorEastAsia"/>
                <w:b/>
                <w:bCs/>
                <w:sz w:val="22"/>
                <w:cs/>
                <w:lang w:eastAsia="ja-JP" w:bidi="th-TH"/>
              </w:rPr>
              <w:t xml:space="preserve">กรณีนักเรียนชั้นปีที่ </w:t>
            </w:r>
            <w:r w:rsidRPr="008877D5">
              <w:rPr>
                <w:rFonts w:eastAsiaTheme="minorEastAsia"/>
                <w:b/>
                <w:bCs/>
                <w:sz w:val="22"/>
                <w:lang w:eastAsia="ja-JP" w:bidi="th-TH"/>
              </w:rPr>
              <w:t>1 (</w:t>
            </w:r>
            <w:r w:rsidRPr="008877D5">
              <w:rPr>
                <w:rFonts w:eastAsiaTheme="minorEastAsia"/>
                <w:b/>
                <w:bCs/>
                <w:sz w:val="22"/>
                <w:cs/>
                <w:lang w:eastAsia="ja-JP" w:bidi="th-TH"/>
              </w:rPr>
              <w:t>ไม่รวมนักเรียนต่างชาติ)</w:t>
            </w:r>
          </w:p>
          <w:p w14:paraId="4CD0BB68" w14:textId="2BD43156" w:rsidR="00E12DDA" w:rsidRPr="008877D5" w:rsidRDefault="00E12DDA" w:rsidP="00E12DDA">
            <w:pPr>
              <w:spacing w:after="80"/>
              <w:ind w:leftChars="78" w:left="164"/>
              <w:rPr>
                <w:rFonts w:eastAsiaTheme="minorEastAsia"/>
                <w:sz w:val="22"/>
                <w:lang w:eastAsia="ja-JP" w:bidi="th-TH"/>
              </w:rPr>
            </w:pPr>
            <w:r w:rsidRPr="008877D5">
              <w:rPr>
                <w:rFonts w:eastAsiaTheme="minorEastAsia"/>
                <w:sz w:val="22"/>
                <w:cs/>
                <w:lang w:eastAsia="ja-JP" w:bidi="th-TH"/>
              </w:rPr>
              <w:t>พร้อมกับหนังสือแจ้งผลว่าไม่ผ่านเกณฑ์การรับทุนสนับสนุนการศึกษาระดับมัธยมศึกษา จะมีการแจกแบบฟอร์มสมัครเงินสนับสนุนการศึกษาใหม่สำหรับนักเรียนมัธยมปลาย (สำหรับช่วงเดือนเมษายนถึงมิถุนายน และช่วงเดือนกรกฎาคมถึงมิถุนายนของปีถัดไป) โปรดสมัครโดยใช้แบบฟอร์มกระดาษภายในกำหนดเวลา</w:t>
            </w:r>
            <w:r w:rsidRPr="008877D5">
              <w:rPr>
                <w:rFonts w:eastAsiaTheme="minorEastAsia"/>
                <w:sz w:val="22"/>
                <w:lang w:eastAsia="ja-JP" w:bidi="th-TH"/>
              </w:rPr>
              <w:br/>
            </w:r>
            <w:r w:rsidRPr="008877D5">
              <w:rPr>
                <w:rFonts w:eastAsiaTheme="minorEastAsia"/>
                <w:sz w:val="22"/>
                <w:cs/>
                <w:lang w:eastAsia="ja-JP" w:bidi="th-TH"/>
              </w:rPr>
              <w:t xml:space="preserve">หากไม่ผ่านเกณฑ์เนื่องจากรายได้ต่อปีของครัวเรือนประมาณ </w:t>
            </w:r>
            <w:r w:rsidRPr="008877D5">
              <w:rPr>
                <w:rFonts w:eastAsiaTheme="minorEastAsia"/>
                <w:sz w:val="22"/>
                <w:lang w:eastAsia="ja-JP" w:bidi="th-TH"/>
              </w:rPr>
              <w:t xml:space="preserve">9.1 </w:t>
            </w:r>
            <w:r w:rsidRPr="008877D5">
              <w:rPr>
                <w:rFonts w:eastAsiaTheme="minorEastAsia"/>
                <w:sz w:val="22"/>
                <w:cs/>
                <w:lang w:eastAsia="ja-JP" w:bidi="th-TH"/>
              </w:rPr>
              <w:t xml:space="preserve">ล้านเยนขึ้นไป จะมีการแจกแบบฟอร์มสมัครเงินสนับสนุนค่าเล่าเรียนของจังหวัดโอซาก้า </w:t>
            </w:r>
            <w:r w:rsidRPr="008877D5">
              <w:rPr>
                <w:rFonts w:eastAsiaTheme="minorEastAsia"/>
                <w:sz w:val="22"/>
                <w:lang w:eastAsia="ja-JP" w:bidi="th-TH"/>
              </w:rPr>
              <w:t xml:space="preserve">1 </w:t>
            </w:r>
            <w:r w:rsidRPr="008877D5">
              <w:rPr>
                <w:rFonts w:eastAsiaTheme="minorEastAsia"/>
                <w:sz w:val="22"/>
                <w:cs/>
                <w:lang w:eastAsia="ja-JP" w:bidi="th-TH"/>
              </w:rPr>
              <w:t>ฉบับในช่วงประมาณเดือนธันวาคม (สำหรับช่วงเดือนเมษายนถึงมีนาคมของปีถัดไป) โปรดสมัครโดยใช้แบบฟอร์มกระดาษเช่นเดียวกัน</w:t>
            </w:r>
          </w:p>
          <w:p w14:paraId="048A8D18" w14:textId="77777777" w:rsidR="00E12DDA" w:rsidRPr="008877D5" w:rsidRDefault="00E12DDA" w:rsidP="00E12DDA">
            <w:pPr>
              <w:spacing w:after="80"/>
              <w:rPr>
                <w:rFonts w:eastAsiaTheme="minorEastAsia"/>
                <w:b/>
                <w:bCs/>
                <w:sz w:val="22"/>
                <w:lang w:eastAsia="ja-JP" w:bidi="th-TH"/>
              </w:rPr>
            </w:pPr>
            <w:r w:rsidRPr="008877D5">
              <w:rPr>
                <w:rFonts w:eastAsiaTheme="minorEastAsia"/>
                <w:b/>
                <w:bCs/>
                <w:sz w:val="22"/>
                <w:lang w:eastAsia="ja-JP" w:bidi="th-TH"/>
              </w:rPr>
              <w:t xml:space="preserve">○ </w:t>
            </w:r>
            <w:r w:rsidRPr="008877D5">
              <w:rPr>
                <w:rFonts w:eastAsiaTheme="minorEastAsia"/>
                <w:b/>
                <w:bCs/>
                <w:sz w:val="22"/>
                <w:cs/>
                <w:lang w:eastAsia="ja-JP" w:bidi="th-TH"/>
              </w:rPr>
              <w:t>กรณีนักเรียนที่กำลังศึกษาอยู่ (รวมถึงนักเรียนต่างชาติ)</w:t>
            </w:r>
          </w:p>
          <w:p w14:paraId="7EB25387" w14:textId="29A0452D" w:rsidR="00E12DDA" w:rsidRPr="008877D5" w:rsidRDefault="00E12DDA" w:rsidP="00E12DDA">
            <w:pPr>
              <w:spacing w:after="80"/>
              <w:ind w:leftChars="78" w:left="164"/>
              <w:rPr>
                <w:rFonts w:eastAsiaTheme="minorEastAsia"/>
                <w:sz w:val="22"/>
                <w:lang w:eastAsia="ja-JP" w:bidi="th-TH"/>
              </w:rPr>
            </w:pPr>
            <w:r w:rsidRPr="008877D5">
              <w:rPr>
                <w:rFonts w:eastAsiaTheme="minorEastAsia"/>
                <w:sz w:val="22"/>
                <w:cs/>
                <w:lang w:eastAsia="ja-JP" w:bidi="th-TH"/>
              </w:rPr>
              <w:t>พร้อมกับหนังสือแจ้งผลว่าไม่ผ่านเกณฑ์การรับทุนสนับสนุนการศึกษาระดับมัธยมศึกษา จะมีการแจกแบบฟอร์มสมัครทุนสนับสนุนการศึกษาระดับมัธยมศึกษา (ระบบเดิม) (สำหรับช่วงเดือนเมษายนถึงมิถุนายน และช่วงเดือนกรกฎาคมถึงมิถุนายนของปีถัดไป) และแบบฟอร์มสมัครเงินสนับสนุนการศึกษาใหม่สำหรับนักเรียนมัธยมปลาย (สำหรับช่วงเดือนเมษายนถึงมิถุนายน และช่วงเดือนกรกฎาคมถึงมิถุนายนของปีถัดไป) โปรดสมัครโดยใช้แบบฟอร์มกระดาษภายในกำหนดเวลา</w:t>
            </w:r>
            <w:r w:rsidRPr="008877D5">
              <w:rPr>
                <w:rFonts w:eastAsiaTheme="minorEastAsia"/>
                <w:sz w:val="22"/>
                <w:lang w:eastAsia="ja-JP" w:bidi="th-TH"/>
              </w:rPr>
              <w:br/>
              <w:t xml:space="preserve">※ </w:t>
            </w:r>
            <w:r w:rsidRPr="008877D5">
              <w:rPr>
                <w:rFonts w:eastAsiaTheme="minorEastAsia"/>
                <w:sz w:val="22"/>
                <w:cs/>
                <w:lang w:eastAsia="ja-JP" w:bidi="th-TH"/>
              </w:rPr>
              <w:t>หากสมัครเงินสนับสนุนการศึกษาใหม่สำหรับนักเรียนมัธยมปลาย โปรดส่งแบบฟอร์มสมัครพร้อมกับการสมัครทุนสนับสนุนการศึกษาระดับมัธยมศึกษา (ระบบเดิม)</w:t>
            </w:r>
          </w:p>
          <w:p w14:paraId="1E761BFA" w14:textId="77777777" w:rsidR="00E12DDA" w:rsidRPr="008877D5" w:rsidRDefault="00E12DDA" w:rsidP="00E12DDA">
            <w:pPr>
              <w:spacing w:after="80"/>
              <w:rPr>
                <w:rFonts w:eastAsiaTheme="minorEastAsia"/>
                <w:b/>
                <w:bCs/>
                <w:sz w:val="22"/>
                <w:lang w:eastAsia="ja-JP" w:bidi="th-TH"/>
              </w:rPr>
            </w:pPr>
          </w:p>
          <w:p w14:paraId="1A3B5E94" w14:textId="73019320" w:rsidR="00E12DDA" w:rsidRPr="008877D5" w:rsidRDefault="00E12DDA" w:rsidP="00E12DDA">
            <w:pPr>
              <w:spacing w:after="80"/>
              <w:rPr>
                <w:rFonts w:eastAsiaTheme="minorEastAsia"/>
                <w:sz w:val="22"/>
                <w:lang w:eastAsia="ja-JP" w:bidi="th-TH"/>
              </w:rPr>
            </w:pPr>
            <w:r w:rsidRPr="008877D5">
              <w:rPr>
                <w:rFonts w:eastAsiaTheme="minorEastAsia"/>
                <w:b/>
                <w:bCs/>
                <w:sz w:val="22"/>
                <w:lang w:eastAsia="ja-JP" w:bidi="th-TH"/>
              </w:rPr>
              <w:t>＜</w:t>
            </w:r>
            <w:r w:rsidRPr="008877D5">
              <w:rPr>
                <w:rFonts w:eastAsiaTheme="minorEastAsia"/>
                <w:b/>
                <w:bCs/>
                <w:sz w:val="22"/>
                <w:cs/>
                <w:lang w:eastAsia="ja-JP" w:bidi="th-TH"/>
              </w:rPr>
              <w:t>สิ่งที่จำเป็นสำหรับการสมัคร</w:t>
            </w:r>
            <w:r w:rsidRPr="008877D5">
              <w:rPr>
                <w:rFonts w:eastAsiaTheme="minorEastAsia"/>
                <w:b/>
                <w:bCs/>
                <w:sz w:val="22"/>
                <w:lang w:eastAsia="ja-JP" w:bidi="th-TH"/>
              </w:rPr>
              <w:t>＞</w:t>
            </w:r>
          </w:p>
          <w:p w14:paraId="59383132" w14:textId="38785E16" w:rsidR="005D7CAD" w:rsidRPr="008877D5" w:rsidRDefault="005D7CAD" w:rsidP="00CB7E42">
            <w:pPr>
              <w:spacing w:after="80"/>
              <w:rPr>
                <w:sz w:val="22"/>
              </w:rPr>
            </w:pPr>
            <w:r w:rsidRPr="008877D5">
              <w:rPr>
                <w:sz w:val="22"/>
                <w:lang w:bidi="th-TH"/>
              </w:rPr>
              <w:t>กรอกข้อมูลที่จําเป็นในแบบฟอร์มใบสมัครที่แจกจ่ายโดยสํานักงานโรงเรียนและส่งให้โรงเรียนพร้อมกับ</w:t>
            </w:r>
            <w:r w:rsidRPr="008877D5">
              <w:rPr>
                <w:sz w:val="22"/>
              </w:rPr>
              <w:t xml:space="preserve"> "</w:t>
            </w:r>
            <w:r w:rsidRPr="008877D5">
              <w:rPr>
                <w:sz w:val="22"/>
                <w:lang w:bidi="th-TH"/>
              </w:rPr>
              <w:t>สําเนาบัตร</w:t>
            </w:r>
            <w:r w:rsidRPr="008877D5">
              <w:rPr>
                <w:sz w:val="22"/>
              </w:rPr>
              <w:t xml:space="preserve"> My Number </w:t>
            </w:r>
            <w:r w:rsidRPr="008877D5">
              <w:rPr>
                <w:sz w:val="22"/>
                <w:lang w:bidi="th-TH"/>
              </w:rPr>
              <w:t>หรือเอกสารที่เทียบเท่า</w:t>
            </w:r>
            <w:r w:rsidRPr="008877D5">
              <w:rPr>
                <w:sz w:val="22"/>
              </w:rPr>
              <w:t>"</w:t>
            </w:r>
          </w:p>
          <w:p w14:paraId="5BC42261" w14:textId="77777777" w:rsidR="005D7CAD" w:rsidRPr="008877D5" w:rsidRDefault="005D7CAD" w:rsidP="00CB7E42">
            <w:pPr>
              <w:spacing w:after="80"/>
              <w:rPr>
                <w:sz w:val="22"/>
              </w:rPr>
            </w:pPr>
            <w:r w:rsidRPr="008877D5">
              <w:rPr>
                <w:sz w:val="22"/>
              </w:rPr>
              <w:t>"</w:t>
            </w:r>
            <w:r w:rsidRPr="008877D5">
              <w:rPr>
                <w:sz w:val="22"/>
                <w:lang w:bidi="th-TH"/>
              </w:rPr>
              <w:t>สําเนาบัตร</w:t>
            </w:r>
            <w:r w:rsidRPr="008877D5">
              <w:rPr>
                <w:sz w:val="22"/>
              </w:rPr>
              <w:t xml:space="preserve"> My Number </w:t>
            </w:r>
            <w:r w:rsidRPr="008877D5">
              <w:rPr>
                <w:sz w:val="22"/>
                <w:lang w:bidi="th-TH"/>
              </w:rPr>
              <w:t>หรือเอกสารที่เทียบเท่า</w:t>
            </w:r>
            <w:r w:rsidRPr="008877D5">
              <w:rPr>
                <w:sz w:val="22"/>
              </w:rPr>
              <w:t xml:space="preserve">" </w:t>
            </w:r>
            <w:r w:rsidRPr="008877D5">
              <w:rPr>
                <w:sz w:val="22"/>
                <w:lang w:bidi="th-TH"/>
              </w:rPr>
              <w:t>หมายถึงเอกสารใดเอกสารหนึ่งต่อไปนี้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rFonts w:ascii="Cambria Math" w:hAnsi="Cambria Math" w:cs="Cambria Math"/>
                <w:sz w:val="22"/>
              </w:rPr>
              <w:t>①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หรือ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rFonts w:ascii="Cambria Math" w:hAnsi="Cambria Math" w:cs="Cambria Math"/>
                <w:sz w:val="22"/>
              </w:rPr>
              <w:t>②</w:t>
            </w:r>
            <w:r w:rsidRPr="008877D5">
              <w:rPr>
                <w:sz w:val="22"/>
              </w:rPr>
              <w:t>:</w:t>
            </w:r>
          </w:p>
          <w:p w14:paraId="0E67CD91" w14:textId="77777777" w:rsidR="005D7CAD" w:rsidRPr="008877D5" w:rsidRDefault="005D7CAD" w:rsidP="00CB7E42">
            <w:pPr>
              <w:spacing w:after="80"/>
              <w:rPr>
                <w:sz w:val="22"/>
              </w:rPr>
            </w:pPr>
            <w:r w:rsidRPr="008877D5">
              <w:rPr>
                <w:rFonts w:ascii="Cambria Math" w:hAnsi="Cambria Math" w:cs="Cambria Math"/>
                <w:sz w:val="22"/>
              </w:rPr>
              <w:t>①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สําเนาเอกสารใดเอกสารหนึ่งต่อไปนี้ที่แสดงหมายเลข</w:t>
            </w:r>
            <w:r w:rsidRPr="008877D5">
              <w:rPr>
                <w:sz w:val="22"/>
              </w:rPr>
              <w:t xml:space="preserve"> My Number:</w:t>
            </w:r>
          </w:p>
          <w:p w14:paraId="3F45DD7C" w14:textId="77777777" w:rsidR="005D7CAD" w:rsidRPr="008877D5" w:rsidRDefault="005D7CAD" w:rsidP="00CB7E42">
            <w:pPr>
              <w:spacing w:after="80"/>
              <w:ind w:left="340"/>
              <w:rPr>
                <w:sz w:val="22"/>
              </w:rPr>
            </w:pPr>
            <w:r w:rsidRPr="008877D5">
              <w:rPr>
                <w:rFonts w:ascii="ＭＳ ゴシック" w:eastAsia="ＭＳ ゴシック" w:hAnsi="ＭＳ ゴシック" w:cs="ＭＳ ゴシック" w:hint="eastAsia"/>
                <w:sz w:val="22"/>
              </w:rPr>
              <w:t>・</w:t>
            </w:r>
            <w:r w:rsidRPr="008877D5">
              <w:rPr>
                <w:sz w:val="22"/>
                <w:lang w:bidi="th-TH"/>
              </w:rPr>
              <w:t>ด้านหลังบัตร</w:t>
            </w:r>
            <w:r w:rsidRPr="008877D5">
              <w:rPr>
                <w:sz w:val="22"/>
              </w:rPr>
              <w:t xml:space="preserve"> My Number</w:t>
            </w:r>
          </w:p>
          <w:p w14:paraId="764EC585" w14:textId="77777777" w:rsidR="005D7CAD" w:rsidRPr="008877D5" w:rsidRDefault="005D7CAD" w:rsidP="00CB7E42">
            <w:pPr>
              <w:spacing w:after="80"/>
              <w:ind w:left="340"/>
              <w:rPr>
                <w:sz w:val="22"/>
              </w:rPr>
            </w:pPr>
            <w:r w:rsidRPr="008877D5">
              <w:rPr>
                <w:rFonts w:ascii="ＭＳ ゴシック" w:eastAsia="ＭＳ ゴシック" w:hAnsi="ＭＳ ゴシック" w:cs="ＭＳ ゴシック" w:hint="eastAsia"/>
                <w:sz w:val="22"/>
              </w:rPr>
              <w:lastRenderedPageBreak/>
              <w:t>・</w:t>
            </w:r>
            <w:r w:rsidRPr="008877D5">
              <w:rPr>
                <w:sz w:val="22"/>
                <w:lang w:bidi="th-TH"/>
              </w:rPr>
              <w:t>ใบรับรองถิ่นที่อยู่ที่แสดงหมายเลข</w:t>
            </w:r>
            <w:r w:rsidRPr="008877D5">
              <w:rPr>
                <w:sz w:val="22"/>
              </w:rPr>
              <w:t xml:space="preserve"> My Number (※1)</w:t>
            </w:r>
          </w:p>
          <w:p w14:paraId="46FC7999" w14:textId="77777777" w:rsidR="005D7CAD" w:rsidRPr="008877D5" w:rsidRDefault="005D7CAD" w:rsidP="00CB7E42">
            <w:pPr>
              <w:spacing w:after="80"/>
              <w:ind w:left="340"/>
              <w:rPr>
                <w:sz w:val="22"/>
              </w:rPr>
            </w:pPr>
            <w:r w:rsidRPr="008877D5">
              <w:rPr>
                <w:rFonts w:ascii="ＭＳ ゴシック" w:eastAsia="ＭＳ ゴシック" w:hAnsi="ＭＳ ゴシック" w:cs="ＭＳ ゴシック" w:hint="eastAsia"/>
                <w:sz w:val="22"/>
              </w:rPr>
              <w:t>・</w:t>
            </w:r>
            <w:r w:rsidRPr="008877D5">
              <w:rPr>
                <w:sz w:val="22"/>
                <w:lang w:bidi="th-TH"/>
              </w:rPr>
              <w:t>บัตรแจ้งหมายเลข</w:t>
            </w:r>
            <w:r w:rsidRPr="008877D5">
              <w:rPr>
                <w:sz w:val="22"/>
              </w:rPr>
              <w:t xml:space="preserve"> My Number (※2)</w:t>
            </w:r>
          </w:p>
          <w:p w14:paraId="5ED1CD34" w14:textId="77777777" w:rsidR="005D7CAD" w:rsidRPr="008877D5" w:rsidRDefault="005D7CAD" w:rsidP="00D838F9">
            <w:pPr>
              <w:wordWrap w:val="0"/>
              <w:spacing w:after="80"/>
              <w:ind w:left="411" w:hangingChars="187" w:hanging="411"/>
              <w:rPr>
                <w:sz w:val="22"/>
              </w:rPr>
            </w:pPr>
            <w:r w:rsidRPr="008877D5">
              <w:rPr>
                <w:sz w:val="22"/>
              </w:rPr>
              <w:t xml:space="preserve">※1 </w:t>
            </w:r>
            <w:r w:rsidRPr="008877D5">
              <w:rPr>
                <w:sz w:val="22"/>
                <w:lang w:bidi="th-TH"/>
              </w:rPr>
              <w:t>เมื่อส่งใบรับรองถิ่นที่อยู่ที่แสดงหมายเลข</w:t>
            </w:r>
            <w:r w:rsidRPr="008877D5">
              <w:rPr>
                <w:sz w:val="22"/>
              </w:rPr>
              <w:t xml:space="preserve"> My Number </w:t>
            </w:r>
            <w:r w:rsidRPr="008877D5">
              <w:rPr>
                <w:sz w:val="22"/>
                <w:lang w:bidi="th-TH"/>
              </w:rPr>
              <w:t>เอกสารต้องออกภายใน</w:t>
            </w:r>
            <w:r w:rsidRPr="008877D5">
              <w:rPr>
                <w:sz w:val="22"/>
              </w:rPr>
              <w:t xml:space="preserve"> 3 </w:t>
            </w:r>
            <w:r w:rsidRPr="008877D5">
              <w:rPr>
                <w:sz w:val="22"/>
                <w:lang w:bidi="th-TH"/>
              </w:rPr>
              <w:t>เดือนและต้องแสดงหมายเลข</w:t>
            </w:r>
            <w:r w:rsidRPr="008877D5">
              <w:rPr>
                <w:sz w:val="22"/>
              </w:rPr>
              <w:t xml:space="preserve"> My Number, </w:t>
            </w:r>
            <w:r w:rsidRPr="008877D5">
              <w:rPr>
                <w:sz w:val="22"/>
                <w:lang w:bidi="th-TH"/>
              </w:rPr>
              <w:t>ชื่อ</w:t>
            </w:r>
            <w:r w:rsidRPr="008877D5">
              <w:rPr>
                <w:sz w:val="22"/>
              </w:rPr>
              <w:t xml:space="preserve">, </w:t>
            </w:r>
            <w:r w:rsidRPr="008877D5">
              <w:rPr>
                <w:sz w:val="22"/>
                <w:lang w:bidi="th-TH"/>
              </w:rPr>
              <w:t>ที่อยู่</w:t>
            </w:r>
            <w:r w:rsidRPr="008877D5">
              <w:rPr>
                <w:sz w:val="22"/>
              </w:rPr>
              <w:t xml:space="preserve">, </w:t>
            </w:r>
            <w:r w:rsidRPr="008877D5">
              <w:rPr>
                <w:sz w:val="22"/>
                <w:lang w:bidi="th-TH"/>
              </w:rPr>
              <w:t>วันเกิดของผู้ปกครองอย่างชัดเจน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รวมถึงตราประทับทางการและวันที่ออกจากเทศบาลที่ออกเอกสาร</w:t>
            </w:r>
          </w:p>
          <w:p w14:paraId="31BA2FF0" w14:textId="77777777" w:rsidR="005D7CAD" w:rsidRPr="008877D5" w:rsidRDefault="005D7CAD" w:rsidP="00D838F9">
            <w:pPr>
              <w:spacing w:after="80"/>
              <w:ind w:left="383" w:hangingChars="174" w:hanging="383"/>
              <w:rPr>
                <w:sz w:val="22"/>
              </w:rPr>
            </w:pPr>
            <w:r w:rsidRPr="008877D5">
              <w:rPr>
                <w:sz w:val="22"/>
              </w:rPr>
              <w:t xml:space="preserve">※2 </w:t>
            </w:r>
            <w:r w:rsidRPr="008877D5">
              <w:rPr>
                <w:sz w:val="22"/>
                <w:lang w:bidi="th-TH"/>
              </w:rPr>
              <w:t>บัตรแจ้งหมายเลข</w:t>
            </w:r>
            <w:r w:rsidRPr="008877D5">
              <w:rPr>
                <w:sz w:val="22"/>
              </w:rPr>
              <w:t xml:space="preserve"> My Number </w:t>
            </w:r>
            <w:r w:rsidRPr="008877D5">
              <w:rPr>
                <w:sz w:val="22"/>
                <w:lang w:bidi="th-TH"/>
              </w:rPr>
              <w:t>ถูกยกเลิกโดยพระราชบัญญัติกระบวนการดิจิทัลที่มีผลบังคับใช้เมื่อวันที่</w:t>
            </w:r>
            <w:r w:rsidRPr="008877D5">
              <w:rPr>
                <w:sz w:val="22"/>
              </w:rPr>
              <w:t xml:space="preserve"> 25 </w:t>
            </w:r>
            <w:r w:rsidRPr="008877D5">
              <w:rPr>
                <w:sz w:val="22"/>
                <w:lang w:bidi="th-TH"/>
              </w:rPr>
              <w:t>พฤษภาคม</w:t>
            </w:r>
            <w:r w:rsidRPr="008877D5">
              <w:rPr>
                <w:sz w:val="22"/>
              </w:rPr>
              <w:t xml:space="preserve"> 2020 </w:t>
            </w:r>
            <w:r w:rsidRPr="008877D5">
              <w:rPr>
                <w:sz w:val="22"/>
                <w:lang w:bidi="th-TH"/>
              </w:rPr>
              <w:t>แต่ยังสามารถใช้ได้หากเป็นไปตามเงื่อนไขใดเงื่อนไขหนึ่งต่อไปนี้</w:t>
            </w:r>
            <w:r w:rsidRPr="008877D5">
              <w:rPr>
                <w:sz w:val="22"/>
              </w:rPr>
              <w:t>:</w:t>
            </w:r>
          </w:p>
          <w:p w14:paraId="4ECDE12E" w14:textId="77777777" w:rsidR="005D7CAD" w:rsidRPr="008877D5" w:rsidRDefault="005D7CAD" w:rsidP="00CB7E42">
            <w:pPr>
              <w:spacing w:after="80"/>
              <w:ind w:left="340"/>
              <w:rPr>
                <w:sz w:val="22"/>
              </w:rPr>
            </w:pPr>
            <w:r w:rsidRPr="008877D5">
              <w:rPr>
                <w:rFonts w:ascii="ＭＳ ゴシック" w:eastAsia="ＭＳ ゴシック" w:hAnsi="ＭＳ ゴシック" w:cs="ＭＳ ゴシック" w:hint="eastAsia"/>
                <w:sz w:val="22"/>
              </w:rPr>
              <w:t>・</w:t>
            </w:r>
            <w:r w:rsidRPr="008877D5">
              <w:rPr>
                <w:sz w:val="22"/>
                <w:lang w:bidi="th-TH"/>
              </w:rPr>
              <w:t>ไม่มีการเปลี่ยนแปลงข้อมูลที่ลงทะเบียนไว้</w:t>
            </w:r>
            <w:r w:rsidRPr="008877D5">
              <w:rPr>
                <w:sz w:val="22"/>
              </w:rPr>
              <w:t xml:space="preserve"> (</w:t>
            </w:r>
            <w:r w:rsidRPr="008877D5">
              <w:rPr>
                <w:sz w:val="22"/>
                <w:lang w:bidi="th-TH"/>
              </w:rPr>
              <w:t>ชื่อ</w:t>
            </w:r>
            <w:r w:rsidRPr="008877D5">
              <w:rPr>
                <w:sz w:val="22"/>
              </w:rPr>
              <w:t xml:space="preserve">, </w:t>
            </w:r>
            <w:r w:rsidRPr="008877D5">
              <w:rPr>
                <w:sz w:val="22"/>
                <w:lang w:bidi="th-TH"/>
              </w:rPr>
              <w:t>ที่อยู่</w:t>
            </w:r>
            <w:r w:rsidRPr="008877D5">
              <w:rPr>
                <w:sz w:val="22"/>
              </w:rPr>
              <w:t xml:space="preserve">, </w:t>
            </w:r>
            <w:r w:rsidRPr="008877D5">
              <w:rPr>
                <w:sz w:val="22"/>
                <w:lang w:bidi="th-TH"/>
              </w:rPr>
              <w:t>วันเกิด</w:t>
            </w:r>
            <w:r w:rsidRPr="008877D5">
              <w:rPr>
                <w:sz w:val="22"/>
              </w:rPr>
              <w:t xml:space="preserve">, </w:t>
            </w:r>
            <w:r w:rsidRPr="008877D5">
              <w:rPr>
                <w:sz w:val="22"/>
                <w:lang w:bidi="th-TH"/>
              </w:rPr>
              <w:t>เพศ</w:t>
            </w:r>
            <w:r w:rsidRPr="008877D5">
              <w:rPr>
                <w:sz w:val="22"/>
              </w:rPr>
              <w:t xml:space="preserve">, </w:t>
            </w:r>
            <w:r w:rsidRPr="008877D5">
              <w:rPr>
                <w:sz w:val="22"/>
                <w:lang w:bidi="th-TH"/>
              </w:rPr>
              <w:t>หมายเลข</w:t>
            </w:r>
            <w:r w:rsidRPr="008877D5">
              <w:rPr>
                <w:sz w:val="22"/>
              </w:rPr>
              <w:t xml:space="preserve"> My Number)</w:t>
            </w:r>
          </w:p>
          <w:p w14:paraId="4B447721" w14:textId="77777777" w:rsidR="005D7CAD" w:rsidRPr="008877D5" w:rsidRDefault="005D7CAD" w:rsidP="00976D60">
            <w:pPr>
              <w:spacing w:after="80"/>
              <w:ind w:leftChars="161" w:left="589" w:hangingChars="114" w:hanging="251"/>
              <w:rPr>
                <w:sz w:val="22"/>
              </w:rPr>
            </w:pPr>
            <w:r w:rsidRPr="008877D5">
              <w:rPr>
                <w:rFonts w:ascii="ＭＳ ゴシック" w:eastAsia="ＭＳ ゴシック" w:hAnsi="ＭＳ ゴシック" w:cs="ＭＳ ゴシック" w:hint="eastAsia"/>
                <w:sz w:val="22"/>
              </w:rPr>
              <w:t>・</w:t>
            </w:r>
            <w:r w:rsidRPr="008877D5">
              <w:rPr>
                <w:sz w:val="22"/>
                <w:lang w:bidi="th-TH"/>
              </w:rPr>
              <w:t>ดําเนินการเปลี่ยนข้อมูลที่ลงทะเบียนไว้เสร็จสิ้นก่อนที่กฎหมายจะมีผลบังคับใช้</w:t>
            </w:r>
            <w:r w:rsidRPr="008877D5">
              <w:rPr>
                <w:sz w:val="22"/>
              </w:rPr>
              <w:t xml:space="preserve"> (</w:t>
            </w:r>
            <w:r w:rsidRPr="008877D5">
              <w:rPr>
                <w:sz w:val="22"/>
                <w:lang w:bidi="th-TH"/>
              </w:rPr>
              <w:t>ก่อนวันที่</w:t>
            </w:r>
            <w:r w:rsidRPr="008877D5">
              <w:rPr>
                <w:sz w:val="22"/>
              </w:rPr>
              <w:t xml:space="preserve"> 25 </w:t>
            </w:r>
            <w:r w:rsidRPr="008877D5">
              <w:rPr>
                <w:sz w:val="22"/>
                <w:lang w:bidi="th-TH"/>
              </w:rPr>
              <w:t>พฤษภาคม</w:t>
            </w:r>
            <w:r w:rsidRPr="008877D5">
              <w:rPr>
                <w:sz w:val="22"/>
              </w:rPr>
              <w:t xml:space="preserve"> 2020)</w:t>
            </w:r>
          </w:p>
          <w:p w14:paraId="1C9B0987" w14:textId="77777777" w:rsidR="005D7CAD" w:rsidRPr="008877D5" w:rsidRDefault="005D7CAD" w:rsidP="00CB7E42">
            <w:pPr>
              <w:spacing w:after="80"/>
              <w:rPr>
                <w:sz w:val="22"/>
              </w:rPr>
            </w:pPr>
            <w:r w:rsidRPr="008877D5">
              <w:rPr>
                <w:rFonts w:ascii="Cambria Math" w:hAnsi="Cambria Math" w:cs="Cambria Math"/>
                <w:sz w:val="22"/>
              </w:rPr>
              <w:t>◎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หากส่งเอกสารยืนยันหมายเลข</w:t>
            </w:r>
            <w:r w:rsidRPr="008877D5">
              <w:rPr>
                <w:sz w:val="22"/>
              </w:rPr>
              <w:t xml:space="preserve"> My Number </w:t>
            </w:r>
            <w:r w:rsidRPr="008877D5">
              <w:rPr>
                <w:sz w:val="22"/>
                <w:lang w:bidi="th-TH"/>
              </w:rPr>
              <w:t>และไม่มีเปลี่ยนแปลงข้อมูลผู้ปกครอง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สามารถงดส่งเอกสารเพิ่มเติมในช่วงเวลาที่ศึกษา</w:t>
            </w:r>
          </w:p>
          <w:p w14:paraId="57A72C4B" w14:textId="77777777" w:rsidR="004E1A7C" w:rsidRPr="008877D5" w:rsidRDefault="004E1A7C" w:rsidP="00CB7E42">
            <w:pPr>
              <w:spacing w:after="80"/>
              <w:rPr>
                <w:rFonts w:ascii="Cambria Math" w:eastAsiaTheme="minorEastAsia" w:hAnsi="Cambria Math" w:cs="Cambria Math"/>
                <w:sz w:val="22"/>
                <w:lang w:eastAsia="ja-JP"/>
              </w:rPr>
            </w:pPr>
          </w:p>
          <w:p w14:paraId="02C94009" w14:textId="411181A3" w:rsidR="005D7CAD" w:rsidRPr="008877D5" w:rsidRDefault="005D7CAD" w:rsidP="00CB7E42">
            <w:pPr>
              <w:spacing w:after="80"/>
              <w:rPr>
                <w:sz w:val="22"/>
              </w:rPr>
            </w:pPr>
            <w:r w:rsidRPr="008877D5">
              <w:rPr>
                <w:rFonts w:ascii="Cambria Math" w:hAnsi="Cambria Math" w:cs="Cambria Math"/>
                <w:sz w:val="22"/>
              </w:rPr>
              <w:t>②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สําหรับครัวเรือนที่ได้รับความช่วยเหลือจากรัฐ</w:t>
            </w:r>
            <w:r w:rsidRPr="008877D5">
              <w:rPr>
                <w:sz w:val="22"/>
              </w:rPr>
              <w:t xml:space="preserve">: </w:t>
            </w:r>
            <w:r w:rsidRPr="008877D5">
              <w:rPr>
                <w:sz w:val="22"/>
                <w:lang w:bidi="th-TH"/>
              </w:rPr>
              <w:t>ใบรับรองผู้ได้รับความช่วยเหลือ</w:t>
            </w:r>
          </w:p>
          <w:p w14:paraId="7DAA5163" w14:textId="77777777" w:rsidR="005D7CAD" w:rsidRPr="008877D5" w:rsidRDefault="005D7CAD" w:rsidP="004E1A7C">
            <w:pPr>
              <w:spacing w:after="80"/>
              <w:ind w:leftChars="161" w:left="589" w:hangingChars="114" w:hanging="251"/>
              <w:rPr>
                <w:sz w:val="22"/>
                <w:lang w:eastAsia="ja-JP"/>
              </w:rPr>
            </w:pPr>
            <w:r w:rsidRPr="008877D5">
              <w:rPr>
                <w:rFonts w:ascii="ＭＳ ゴシック" w:eastAsia="ＭＳ ゴシック" w:hAnsi="ＭＳ ゴシック" w:cs="ＭＳ ゴシック" w:hint="eastAsia"/>
                <w:sz w:val="22"/>
                <w:lang w:eastAsia="ja-JP"/>
              </w:rPr>
              <w:t>・</w:t>
            </w:r>
            <w:r w:rsidRPr="008877D5">
              <w:rPr>
                <w:sz w:val="22"/>
                <w:lang w:bidi="th-TH"/>
              </w:rPr>
              <w:t>ใบรับรองผู้ได้รับความช่วยเหลือต้องเป็นต้นฉบับที่ออกภายใน</w:t>
            </w:r>
            <w:r w:rsidRPr="008877D5">
              <w:rPr>
                <w:sz w:val="22"/>
                <w:lang w:eastAsia="ja-JP"/>
              </w:rPr>
              <w:t xml:space="preserve"> 3 </w:t>
            </w:r>
            <w:r w:rsidRPr="008877D5">
              <w:rPr>
                <w:sz w:val="22"/>
                <w:lang w:bidi="th-TH"/>
              </w:rPr>
              <w:t>เดือน</w:t>
            </w:r>
            <w:r w:rsidRPr="008877D5">
              <w:rPr>
                <w:sz w:val="22"/>
                <w:lang w:eastAsia="ja-JP"/>
              </w:rPr>
              <w:t xml:space="preserve"> </w:t>
            </w:r>
            <w:r w:rsidRPr="008877D5">
              <w:rPr>
                <w:sz w:val="22"/>
                <w:lang w:bidi="th-TH"/>
              </w:rPr>
              <w:t>สําเนาจะไม่ได้รับการยอมรับ</w:t>
            </w:r>
            <w:r w:rsidRPr="008877D5">
              <w:rPr>
                <w:sz w:val="22"/>
                <w:lang w:eastAsia="ja-JP"/>
              </w:rPr>
              <w:t xml:space="preserve"> </w:t>
            </w:r>
            <w:r w:rsidRPr="008877D5">
              <w:rPr>
                <w:sz w:val="22"/>
                <w:lang w:bidi="th-TH"/>
              </w:rPr>
              <w:t>ต้นฉบับที่ส่งจะไม่ถูกส่งคืน</w:t>
            </w:r>
          </w:p>
          <w:p w14:paraId="326279A8" w14:textId="77777777" w:rsidR="00E12DDA" w:rsidRPr="008877D5" w:rsidRDefault="00E12DDA" w:rsidP="00CB7E42">
            <w:pPr>
              <w:spacing w:after="80"/>
              <w:rPr>
                <w:rFonts w:eastAsiaTheme="minorEastAsia"/>
                <w:sz w:val="22"/>
                <w:lang w:eastAsia="ja-JP"/>
              </w:rPr>
            </w:pPr>
          </w:p>
          <w:p w14:paraId="7BFA2D19" w14:textId="30BF3509" w:rsidR="005D7CAD" w:rsidRPr="008877D5" w:rsidRDefault="005D7CAD" w:rsidP="00CB7E42">
            <w:pPr>
              <w:spacing w:after="80"/>
              <w:rPr>
                <w:rFonts w:eastAsiaTheme="minorEastAsia"/>
                <w:sz w:val="22"/>
                <w:lang w:eastAsia="ja-JP"/>
              </w:rPr>
            </w:pPr>
            <w:r w:rsidRPr="008877D5">
              <w:rPr>
                <w:sz w:val="22"/>
              </w:rPr>
              <w:t xml:space="preserve">※ </w:t>
            </w:r>
            <w:r w:rsidRPr="008877D5">
              <w:rPr>
                <w:sz w:val="22"/>
                <w:lang w:bidi="th-TH"/>
              </w:rPr>
              <w:t>หากไม่สามารถส่งเอกสารข้อ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rFonts w:ascii="Cambria Math" w:hAnsi="Cambria Math" w:cs="Cambria Math"/>
                <w:sz w:val="22"/>
              </w:rPr>
              <w:t>①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หรือ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rFonts w:ascii="Cambria Math" w:hAnsi="Cambria Math" w:cs="Cambria Math"/>
                <w:sz w:val="22"/>
              </w:rPr>
              <w:t>②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ได้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โปรดติดต่อสํานักงานโรงเรียนของคุณ</w:t>
            </w:r>
          </w:p>
          <w:p w14:paraId="0A83B664" w14:textId="77777777" w:rsidR="00A83AC6" w:rsidRPr="008877D5" w:rsidRDefault="00A83AC6" w:rsidP="00CB7E42">
            <w:pPr>
              <w:spacing w:after="80"/>
              <w:rPr>
                <w:rFonts w:eastAsiaTheme="minorEastAsia"/>
                <w:sz w:val="22"/>
                <w:lang w:eastAsia="ja-JP"/>
              </w:rPr>
            </w:pPr>
          </w:p>
          <w:p w14:paraId="49C1A35D" w14:textId="77777777" w:rsidR="00A83AC6" w:rsidRPr="008877D5" w:rsidRDefault="00A83AC6" w:rsidP="00A83AC6">
            <w:pPr>
              <w:spacing w:after="80"/>
              <w:rPr>
                <w:sz w:val="22"/>
              </w:rPr>
            </w:pPr>
            <w:r w:rsidRPr="008877D5">
              <w:rPr>
                <w:rFonts w:ascii="Cambria Math" w:hAnsi="Cambria Math" w:cs="Cambria Math"/>
                <w:b/>
                <w:bCs/>
                <w:sz w:val="22"/>
              </w:rPr>
              <w:t>≪</w:t>
            </w:r>
            <w:proofErr w:type="gramStart"/>
            <w:r w:rsidRPr="008877D5">
              <w:rPr>
                <w:b/>
                <w:bCs/>
                <w:sz w:val="22"/>
                <w:lang w:bidi="th-TH"/>
              </w:rPr>
              <w:t>โปรดทราบ</w:t>
            </w:r>
            <w:r w:rsidRPr="008877D5">
              <w:rPr>
                <w:b/>
                <w:bCs/>
                <w:sz w:val="22"/>
              </w:rPr>
              <w:t>!</w:t>
            </w:r>
            <w:r w:rsidRPr="008877D5">
              <w:rPr>
                <w:rFonts w:ascii="Cambria Math" w:hAnsi="Cambria Math" w:cs="Cambria Math"/>
                <w:b/>
                <w:bCs/>
                <w:sz w:val="22"/>
              </w:rPr>
              <w:t>≫</w:t>
            </w:r>
            <w:proofErr w:type="gramEnd"/>
          </w:p>
          <w:p w14:paraId="6DC28E23" w14:textId="695AC8B1" w:rsidR="00A83AC6" w:rsidRPr="008877D5" w:rsidRDefault="00A83AC6" w:rsidP="00A83AC6">
            <w:pPr>
              <w:spacing w:after="80"/>
              <w:rPr>
                <w:rFonts w:eastAsiaTheme="minorEastAsia"/>
                <w:sz w:val="22"/>
                <w:lang w:eastAsia="ja-JP"/>
              </w:rPr>
            </w:pPr>
            <w:r w:rsidRPr="008877D5">
              <w:rPr>
                <w:sz w:val="22"/>
                <w:lang w:bidi="th-TH"/>
              </w:rPr>
              <w:t>เมื่อสมัครเงินสนับสนุนการศึกษา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จําเป็นต้องมีข้อมูลภาษีตามรายได้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หากยังไม่ได้ยื่นแบบแสดงรายการภาษี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จะไม่สามารถดําเนินการตรวจสอบได้แม้ว่าจะส่ง</w:t>
            </w:r>
            <w:r w:rsidRPr="008877D5">
              <w:rPr>
                <w:sz w:val="22"/>
              </w:rPr>
              <w:t xml:space="preserve"> My Number </w:t>
            </w:r>
            <w:r w:rsidRPr="008877D5">
              <w:rPr>
                <w:sz w:val="22"/>
                <w:lang w:bidi="th-TH"/>
              </w:rPr>
              <w:t>แล้ว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สิ่งนี้อาจทําให้การแจ้งผลล่าช้าได้</w:t>
            </w:r>
            <w:r w:rsidRPr="008877D5">
              <w:rPr>
                <w:sz w:val="22"/>
              </w:rPr>
              <w:t xml:space="preserve"> </w:t>
            </w:r>
            <w:r w:rsidRPr="008877D5">
              <w:rPr>
                <w:sz w:val="22"/>
                <w:lang w:bidi="th-TH"/>
              </w:rPr>
              <w:t>ดังนั้นโปรดยื่นแบบแสดงรายการภาษีให้เรียบร้อย</w:t>
            </w:r>
          </w:p>
        </w:tc>
      </w:tr>
    </w:tbl>
    <w:p w14:paraId="6A0CB561" w14:textId="77777777" w:rsidR="005D7CAD" w:rsidRPr="008877D5" w:rsidRDefault="005D7CAD">
      <w:pPr>
        <w:rPr>
          <w:rFonts w:eastAsiaTheme="minorEastAsia"/>
          <w:lang w:eastAsia="ja-JP"/>
        </w:rPr>
      </w:pPr>
    </w:p>
    <w:p w14:paraId="36D1139C" w14:textId="77777777" w:rsidR="005D7CAD" w:rsidRPr="008877D5" w:rsidRDefault="005D7CAD">
      <w:pPr>
        <w:rPr>
          <w:rFonts w:eastAsiaTheme="minorEastAsia"/>
          <w:lang w:eastAsia="ja-JP"/>
        </w:rPr>
      </w:pPr>
    </w:p>
    <w:p w14:paraId="67BE8B29" w14:textId="77777777" w:rsidR="005D7CAD" w:rsidRPr="008877D5" w:rsidRDefault="005D7CAD">
      <w:pPr>
        <w:rPr>
          <w:rFonts w:eastAsiaTheme="minorEastAsia"/>
          <w:lang w:eastAsia="ja-JP"/>
        </w:rPr>
      </w:pPr>
    </w:p>
    <w:p w14:paraId="1AE610FC" w14:textId="77777777" w:rsidR="005D7CAD" w:rsidRPr="008877D5" w:rsidRDefault="005D7CAD">
      <w:pPr>
        <w:rPr>
          <w:rFonts w:eastAsiaTheme="minorEastAsia"/>
          <w:lang w:eastAsia="ja-JP"/>
        </w:rPr>
      </w:pPr>
    </w:p>
    <w:p w14:paraId="66ACD2BE" w14:textId="77777777" w:rsidR="005D7CAD" w:rsidRPr="008877D5" w:rsidRDefault="005D7CAD">
      <w:pPr>
        <w:rPr>
          <w:rFonts w:eastAsiaTheme="minorEastAsia"/>
          <w:lang w:eastAsia="ja-JP"/>
        </w:rPr>
      </w:pPr>
    </w:p>
    <w:p w14:paraId="709AFA35" w14:textId="072662E6" w:rsidR="005D7CAD" w:rsidRPr="008877D5" w:rsidRDefault="005D7CAD">
      <w:r w:rsidRPr="008877D5">
        <w:br w:type="page"/>
      </w:r>
    </w:p>
    <w:p w14:paraId="6AD7E140" w14:textId="36DDAACD" w:rsidR="00B2341F" w:rsidRPr="008877D5" w:rsidRDefault="00BC3BF6" w:rsidP="00BC3BF6">
      <w:r w:rsidRPr="008877D5">
        <w:rPr>
          <w:rFonts w:ascii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17EC69" wp14:editId="7369A4A1">
                <wp:simplePos x="0" y="0"/>
                <wp:positionH relativeFrom="margin">
                  <wp:align>center</wp:align>
                </wp:positionH>
                <wp:positionV relativeFrom="paragraph">
                  <wp:posOffset>71586</wp:posOffset>
                </wp:positionV>
                <wp:extent cx="4997450" cy="535305"/>
                <wp:effectExtent l="0" t="0" r="12700" b="0"/>
                <wp:wrapTopAndBottom/>
                <wp:docPr id="211980722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0" cy="535305"/>
                          <a:chOff x="0" y="0"/>
                          <a:chExt cx="4997450" cy="535305"/>
                        </a:xfrm>
                      </wpg:grpSpPr>
                      <wps:wsp>
                        <wps:cNvPr id="683835374" name="Graphic 2"/>
                        <wps:cNvSpPr/>
                        <wps:spPr>
                          <a:xfrm>
                            <a:off x="12700" y="12700"/>
                            <a:ext cx="497205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0" h="509905">
                                <a:moveTo>
                                  <a:pt x="0" y="84983"/>
                                </a:moveTo>
                                <a:lnTo>
                                  <a:pt x="6678" y="51903"/>
                                </a:lnTo>
                                <a:lnTo>
                                  <a:pt x="24890" y="24891"/>
                                </a:lnTo>
                                <a:lnTo>
                                  <a:pt x="51903" y="6678"/>
                                </a:lnTo>
                                <a:lnTo>
                                  <a:pt x="84982" y="0"/>
                                </a:lnTo>
                                <a:lnTo>
                                  <a:pt x="4887067" y="0"/>
                                </a:lnTo>
                                <a:lnTo>
                                  <a:pt x="4920146" y="6678"/>
                                </a:lnTo>
                                <a:lnTo>
                                  <a:pt x="4947159" y="24891"/>
                                </a:lnTo>
                                <a:lnTo>
                                  <a:pt x="4965371" y="51903"/>
                                </a:lnTo>
                                <a:lnTo>
                                  <a:pt x="4972050" y="84983"/>
                                </a:lnTo>
                                <a:lnTo>
                                  <a:pt x="4972050" y="424921"/>
                                </a:lnTo>
                                <a:lnTo>
                                  <a:pt x="4965371" y="458001"/>
                                </a:lnTo>
                                <a:lnTo>
                                  <a:pt x="4947159" y="485013"/>
                                </a:lnTo>
                                <a:lnTo>
                                  <a:pt x="4920146" y="503226"/>
                                </a:lnTo>
                                <a:lnTo>
                                  <a:pt x="4887067" y="509905"/>
                                </a:lnTo>
                                <a:lnTo>
                                  <a:pt x="84982" y="509905"/>
                                </a:lnTo>
                                <a:lnTo>
                                  <a:pt x="51903" y="503226"/>
                                </a:lnTo>
                                <a:lnTo>
                                  <a:pt x="24890" y="485013"/>
                                </a:lnTo>
                                <a:lnTo>
                                  <a:pt x="6678" y="458001"/>
                                </a:lnTo>
                                <a:lnTo>
                                  <a:pt x="0" y="424921"/>
                                </a:lnTo>
                                <a:lnTo>
                                  <a:pt x="0" y="8498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9552513" name="Textbox 3"/>
                        <wps:cNvSpPr txBox="1"/>
                        <wps:spPr>
                          <a:xfrm>
                            <a:off x="0" y="0"/>
                            <a:ext cx="4997450" cy="535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7B0DF9" w14:textId="484FEA17" w:rsidR="00BC3BF6" w:rsidRPr="008877D5" w:rsidRDefault="00BC3BF6" w:rsidP="00BC3BF6">
                              <w:pPr>
                                <w:spacing w:after="0"/>
                                <w:ind w:left="142" w:rightChars="99" w:right="208"/>
                                <w:jc w:val="center"/>
                                <w:rPr>
                                  <w:b/>
                                  <w:sz w:val="24"/>
                                  <w:szCs w:val="28"/>
                                </w:rPr>
                              </w:pPr>
                              <w:r w:rsidRPr="008877D5">
                                <w:rPr>
                                  <w:b/>
                                  <w:bCs/>
                                  <w:sz w:val="30"/>
                                  <w:szCs w:val="30"/>
                                  <w:cs/>
                                  <w:lang w:bidi="th-TH"/>
                                </w:rPr>
                                <w:t>ขั้นตอนการรับเงินสนับสนุนเพื่อทุนการศึกษา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7EC69" id="_x0000_s1033" style="position:absolute;margin-left:0;margin-top:5.65pt;width:393.5pt;height:42.15pt;z-index:251665408;mso-position-horizontal:center;mso-position-horizontal-relative:margin" coordsize="49974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">
                <v:shape id="Graphic 2" o:spid="_x0000_s1034" style="position:absolute;left:127;top:127;width:49720;height:5099;visibility:visible;mso-wrap-style:square;v-text-anchor:top" coordsize="4972050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" path="m,84983l6678,51903,24890,24891,51903,6678,84982,,4887067,r33079,6678l4947159,24891r18212,27012l4972050,84983r,339938l4965371,458001r-18212,27012l4920146,503226r-33079,6679l84982,509905,51903,503226,24890,485013,6678,458001,,424921,,84983xe" filled="f" strokeweight="2pt">
                  <v:path arrowok="t"/>
                </v:shape>
                <v:shape id="Textbox 3" o:spid="_x0000_s1035" type="#_x0000_t202" style="position:absolute;width:49974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" filled="f" stroked="f">
                  <v:textbox inset="0,0,0,0">
                    <w:txbxContent>
                      <w:p w14:paraId="327B0DF9" w14:textId="484FEA17" w:rsidR="00BC3BF6" w:rsidRPr="008877D5" w:rsidRDefault="00BC3BF6" w:rsidP="00BC3BF6">
                        <w:pPr>
                          <w:spacing w:after="0"/>
                          <w:ind w:left="142" w:rightChars="99" w:right="208"/>
                          <w:jc w:val="center"/>
                          <w:rPr>
                            <w:b/>
                            <w:sz w:val="24"/>
                            <w:szCs w:val="28"/>
                          </w:rPr>
                        </w:pPr>
                        <w:r w:rsidRPr="008877D5">
                          <w:rPr>
                            <w:b/>
                            <w:bCs/>
                            <w:sz w:val="30"/>
                            <w:szCs w:val="30"/>
                            <w:cs/>
                            <w:lang w:bidi="th-TH"/>
                          </w:rPr>
                          <w:t>ขั้นตอนการรับเงินสนับสนุนเพื่อทุนการศึกษา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6E94038" w14:textId="0DD7FAD4" w:rsidR="00B2341F" w:rsidRPr="008877D5" w:rsidRDefault="00491086">
      <w:pPr>
        <w:spacing w:after="80"/>
        <w:rPr>
          <w:rFonts w:eastAsiaTheme="minorEastAsia"/>
          <w:sz w:val="22"/>
          <w:lang w:eastAsia="ja-JP"/>
        </w:rPr>
      </w:pPr>
      <w:r w:rsidRPr="008877D5">
        <w:rPr>
          <w:sz w:val="22"/>
          <w:cs/>
          <w:lang w:bidi="th-TH"/>
        </w:rPr>
        <w:t xml:space="preserve">เงินสนับสนุนเพื่อการศึกษา (ต่อไปจะเรียกว่า "ทุนสนับสนุนการศึกษา") จัดให้แก่ครัวเรือนที่ได้รับสวัสดิการความช่วยเหลือจากรัฐ หรือครัวเรือนที่ผลรวมของ "จํานวนภาษีรายได้จังหวัด" และ "จํานวนภาษีรายได้เทศบาล" ของผู้ปกครองทั้งหมด (ทั้งพ่อและแม่) ซึ่งเรียกรวมกันว่า "จํานวนภาษีส่วนแบ่งรายได้ของภาษีท้องถิ่น" น้อยกว่า </w:t>
      </w:r>
      <w:r w:rsidRPr="008877D5">
        <w:rPr>
          <w:sz w:val="22"/>
        </w:rPr>
        <w:t xml:space="preserve">4,900,000 </w:t>
      </w:r>
      <w:r w:rsidRPr="008877D5">
        <w:rPr>
          <w:sz w:val="22"/>
          <w:cs/>
          <w:lang w:bidi="th-TH"/>
        </w:rPr>
        <w:t>เยน (ต่อไปจะเรียกว่า "จํานวนภาษีส่วนแบ่งรายได้ของภาษีท้องถิ่น") เพื่อใช้เป็นค่าใช้จ่ายด้านการศึกษานอกเหนือจากค่าเล่าเรียน โดยไม่จําเป็นต้องชําระคืน</w:t>
      </w:r>
      <w:r w:rsidR="00751378" w:rsidRPr="008877D5">
        <w:rPr>
          <w:sz w:val="22"/>
        </w:rPr>
        <w:t xml:space="preserve"> </w:t>
      </w:r>
      <w:r w:rsidR="00751378" w:rsidRPr="008877D5">
        <w:rPr>
          <w:sz w:val="22"/>
          <w:lang w:bidi="th-TH"/>
        </w:rPr>
        <w:t>กระบวนการสมัครดําเนินการปีละครั้งในเดือนกรกฎาคม</w:t>
      </w:r>
      <w:r w:rsidR="00751378" w:rsidRPr="008877D5">
        <w:rPr>
          <w:sz w:val="22"/>
        </w:rPr>
        <w:t xml:space="preserve"> </w:t>
      </w:r>
      <w:r w:rsidR="00751378" w:rsidRPr="008877D5">
        <w:rPr>
          <w:sz w:val="22"/>
          <w:lang w:bidi="th-TH"/>
        </w:rPr>
        <w:t>ที่จังหวัดที่ผู้ปกครองอาศัยอยู่</w:t>
      </w:r>
    </w:p>
    <w:p w14:paraId="73B8E78C" w14:textId="77777777" w:rsidR="00491086" w:rsidRPr="008877D5" w:rsidRDefault="00491086">
      <w:pPr>
        <w:spacing w:after="80"/>
        <w:rPr>
          <w:rFonts w:eastAsiaTheme="minorEastAsia"/>
          <w:szCs w:val="21"/>
          <w:lang w:eastAsia="ja-JP"/>
        </w:rPr>
      </w:pPr>
    </w:p>
    <w:p w14:paraId="28E5F930" w14:textId="77777777" w:rsidR="00E03C06" w:rsidRPr="008877D5" w:rsidRDefault="0006183F" w:rsidP="00E03C06">
      <w:pPr>
        <w:spacing w:after="0"/>
        <w:rPr>
          <w:rFonts w:eastAsiaTheme="minorEastAsia"/>
          <w:sz w:val="22"/>
          <w:lang w:eastAsia="ja-JP" w:bidi="th-TH"/>
        </w:rPr>
      </w:pPr>
      <w:r w:rsidRPr="008877D5">
        <w:rPr>
          <w:rFonts w:eastAsiaTheme="minorEastAsia"/>
          <w:sz w:val="22"/>
          <w:lang w:eastAsia="ja-JP"/>
        </w:rPr>
        <w:t>※ "</w:t>
      </w:r>
      <w:r w:rsidRPr="008877D5">
        <w:rPr>
          <w:rFonts w:eastAsiaTheme="minorEastAsia"/>
          <w:sz w:val="22"/>
          <w:cs/>
          <w:lang w:eastAsia="ja-JP" w:bidi="th-TH"/>
        </w:rPr>
        <w:t>ผู้ปกครอง" ให้พิจารณาตามลำดับดังต่อไปนี้</w:t>
      </w:r>
    </w:p>
    <w:p w14:paraId="01BF33A4" w14:textId="1A9D8AE3" w:rsidR="0006183F" w:rsidRPr="008877D5" w:rsidRDefault="0006183F" w:rsidP="00E03C06">
      <w:pPr>
        <w:spacing w:after="240"/>
        <w:ind w:leftChars="135" w:left="283"/>
        <w:rPr>
          <w:rFonts w:eastAsiaTheme="minorEastAsia"/>
          <w:sz w:val="22"/>
          <w:lang w:eastAsia="ja-JP"/>
        </w:rPr>
      </w:pPr>
      <w:r w:rsidRPr="008877D5">
        <w:rPr>
          <w:rFonts w:ascii="Cambria Math" w:eastAsiaTheme="minorEastAsia" w:hAnsi="Cambria Math" w:cs="Cambria Math"/>
          <w:sz w:val="22"/>
          <w:lang w:eastAsia="ja-JP"/>
        </w:rPr>
        <w:t>①</w:t>
      </w:r>
      <w:r w:rsidRPr="008877D5">
        <w:rPr>
          <w:rFonts w:eastAsiaTheme="minorEastAsia"/>
          <w:sz w:val="22"/>
          <w:lang w:eastAsia="ja-JP"/>
        </w:rPr>
        <w:t xml:space="preserve"> </w:t>
      </w:r>
      <w:r w:rsidRPr="008877D5">
        <w:rPr>
          <w:rFonts w:eastAsiaTheme="minorEastAsia"/>
          <w:sz w:val="22"/>
          <w:cs/>
          <w:lang w:eastAsia="ja-JP" w:bidi="th-TH"/>
        </w:rPr>
        <w:t>หากนักเรียนมีผู้ใช้อำนาจปกครอง ให้ถือว่าบุคคลดังกล่าวเป็นผู้ปกครอง</w:t>
      </w:r>
      <w:r w:rsidRPr="008877D5">
        <w:rPr>
          <w:rFonts w:eastAsiaTheme="minorEastAsia"/>
          <w:sz w:val="22"/>
          <w:lang w:eastAsia="ja-JP"/>
        </w:rPr>
        <w:t xml:space="preserve">　</w:t>
      </w:r>
      <w:r w:rsidRPr="008877D5">
        <w:rPr>
          <w:rFonts w:ascii="Cambria Math" w:eastAsiaTheme="minorEastAsia" w:hAnsi="Cambria Math" w:cs="Cambria Math"/>
          <w:sz w:val="22"/>
          <w:lang w:eastAsia="ja-JP"/>
        </w:rPr>
        <w:t>②</w:t>
      </w:r>
      <w:r w:rsidRPr="008877D5">
        <w:rPr>
          <w:rFonts w:eastAsiaTheme="minorEastAsia"/>
          <w:sz w:val="22"/>
          <w:lang w:eastAsia="ja-JP"/>
        </w:rPr>
        <w:t xml:space="preserve"> </w:t>
      </w:r>
      <w:r w:rsidRPr="008877D5">
        <w:rPr>
          <w:rFonts w:eastAsiaTheme="minorEastAsia"/>
          <w:sz w:val="22"/>
          <w:cs/>
          <w:lang w:eastAsia="ja-JP" w:bidi="th-TH"/>
        </w:rPr>
        <w:t xml:space="preserve">หากไม่มีบุคคลตามข้อ </w:t>
      </w:r>
      <w:r w:rsidRPr="008877D5">
        <w:rPr>
          <w:rFonts w:ascii="Cambria Math" w:eastAsiaTheme="minorEastAsia" w:hAnsi="Cambria Math" w:cs="Cambria Math" w:hint="cs"/>
          <w:sz w:val="22"/>
          <w:cs/>
          <w:lang w:eastAsia="ja-JP" w:bidi="th-TH"/>
        </w:rPr>
        <w:t>①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ข้างต้น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ให้ถือว่าผู้ปกครองของผู้เยาว์เป็นผู้ปกครอง</w:t>
      </w:r>
      <w:r w:rsidRPr="008877D5">
        <w:rPr>
          <w:rFonts w:eastAsiaTheme="minorEastAsia"/>
          <w:sz w:val="22"/>
          <w:lang w:eastAsia="ja-JP"/>
        </w:rPr>
        <w:br/>
      </w:r>
      <w:r w:rsidRPr="008877D5">
        <w:rPr>
          <w:rFonts w:ascii="Cambria Math" w:eastAsiaTheme="minorEastAsia" w:hAnsi="Cambria Math" w:cs="Cambria Math"/>
          <w:sz w:val="22"/>
          <w:lang w:eastAsia="ja-JP"/>
        </w:rPr>
        <w:t>③</w:t>
      </w:r>
      <w:r w:rsidRPr="008877D5">
        <w:rPr>
          <w:rFonts w:eastAsiaTheme="minorEastAsia"/>
          <w:sz w:val="22"/>
          <w:lang w:eastAsia="ja-JP"/>
        </w:rPr>
        <w:t xml:space="preserve"> </w:t>
      </w:r>
      <w:r w:rsidRPr="008877D5">
        <w:rPr>
          <w:rFonts w:eastAsiaTheme="minorEastAsia"/>
          <w:sz w:val="22"/>
          <w:cs/>
          <w:lang w:eastAsia="ja-JP" w:bidi="th-TH"/>
        </w:rPr>
        <w:t xml:space="preserve">หากไม่มีบุคคลตามข้อ </w:t>
      </w:r>
      <w:r w:rsidRPr="008877D5">
        <w:rPr>
          <w:rFonts w:ascii="Cambria Math" w:eastAsiaTheme="minorEastAsia" w:hAnsi="Cambria Math" w:cs="Cambria Math" w:hint="cs"/>
          <w:sz w:val="22"/>
          <w:cs/>
          <w:lang w:eastAsia="ja-JP" w:bidi="th-TH"/>
        </w:rPr>
        <w:t>①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และ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ascii="Cambria Math" w:eastAsiaTheme="minorEastAsia" w:hAnsi="Cambria Math" w:cs="Cambria Math" w:hint="cs"/>
          <w:sz w:val="22"/>
          <w:cs/>
          <w:lang w:eastAsia="ja-JP" w:bidi="th-TH"/>
        </w:rPr>
        <w:t>②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ข้างต้น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แต่มีบุคคลที่เป็นผู้เลี้ยงดูนักเรียน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ให้ถือว่าบุคคลดังกล่าวเป็นผู้ปกครอง</w:t>
      </w:r>
      <w:r w:rsidRPr="008877D5">
        <w:rPr>
          <w:rFonts w:eastAsiaTheme="minorEastAsia"/>
          <w:sz w:val="22"/>
          <w:cs/>
          <w:lang w:eastAsia="ja-JP" w:bidi="th-TH"/>
        </w:rPr>
        <w:t xml:space="preserve"> (</w:t>
      </w:r>
      <w:r w:rsidRPr="008877D5">
        <w:rPr>
          <w:rFonts w:eastAsiaTheme="minorEastAsia" w:hint="cs"/>
          <w:sz w:val="22"/>
          <w:cs/>
          <w:lang w:eastAsia="ja-JP" w:bidi="th-TH"/>
        </w:rPr>
        <w:t>ผู้รับผิดชอบหลักในการดำรงชีพ</w:t>
      </w:r>
      <w:r w:rsidRPr="008877D5">
        <w:rPr>
          <w:rFonts w:eastAsiaTheme="minorEastAsia"/>
          <w:sz w:val="22"/>
          <w:cs/>
          <w:lang w:eastAsia="ja-JP" w:bidi="th-TH"/>
        </w:rPr>
        <w:t>)</w:t>
      </w:r>
      <w:r w:rsidRPr="008877D5">
        <w:rPr>
          <w:rFonts w:eastAsiaTheme="minorEastAsia"/>
          <w:sz w:val="22"/>
          <w:lang w:eastAsia="ja-JP"/>
        </w:rPr>
        <w:t xml:space="preserve">　</w:t>
      </w:r>
      <w:r w:rsidRPr="008877D5">
        <w:rPr>
          <w:rFonts w:ascii="Cambria Math" w:eastAsiaTheme="minorEastAsia" w:hAnsi="Cambria Math" w:cs="Cambria Math"/>
          <w:sz w:val="22"/>
          <w:lang w:eastAsia="ja-JP"/>
        </w:rPr>
        <w:t>④</w:t>
      </w:r>
      <w:r w:rsidRPr="008877D5">
        <w:rPr>
          <w:rFonts w:eastAsiaTheme="minorEastAsia"/>
          <w:sz w:val="22"/>
          <w:lang w:eastAsia="ja-JP"/>
        </w:rPr>
        <w:t xml:space="preserve"> </w:t>
      </w:r>
      <w:r w:rsidRPr="008877D5">
        <w:rPr>
          <w:rFonts w:eastAsiaTheme="minorEastAsia"/>
          <w:sz w:val="22"/>
          <w:cs/>
          <w:lang w:eastAsia="ja-JP" w:bidi="th-TH"/>
        </w:rPr>
        <w:t xml:space="preserve">หากไม่มีบุคคลตามข้อ </w:t>
      </w:r>
      <w:r w:rsidRPr="008877D5">
        <w:rPr>
          <w:rFonts w:ascii="Cambria Math" w:eastAsiaTheme="minorEastAsia" w:hAnsi="Cambria Math" w:cs="Cambria Math" w:hint="cs"/>
          <w:sz w:val="22"/>
          <w:cs/>
          <w:lang w:eastAsia="ja-JP" w:bidi="th-TH"/>
        </w:rPr>
        <w:t>①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ถึง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ascii="Cambria Math" w:eastAsiaTheme="minorEastAsia" w:hAnsi="Cambria Math" w:cs="Cambria Math" w:hint="cs"/>
          <w:sz w:val="22"/>
          <w:cs/>
          <w:lang w:eastAsia="ja-JP" w:bidi="th-TH"/>
        </w:rPr>
        <w:t>③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ข้างต้น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ให้ถือว่านักเรียนเป็นผู้ปกครอง</w:t>
      </w:r>
    </w:p>
    <w:p w14:paraId="1F2CCDE9" w14:textId="77777777" w:rsidR="0006183F" w:rsidRPr="008877D5" w:rsidRDefault="0006183F" w:rsidP="009F53ED">
      <w:pPr>
        <w:spacing w:after="80"/>
        <w:rPr>
          <w:rFonts w:eastAsiaTheme="minorEastAsia"/>
          <w:sz w:val="22"/>
          <w:lang w:eastAsia="ja-JP"/>
        </w:rPr>
      </w:pPr>
      <w:r w:rsidRPr="008877D5">
        <w:rPr>
          <w:rFonts w:eastAsiaTheme="minorEastAsia"/>
          <w:sz w:val="22"/>
          <w:cs/>
          <w:lang w:eastAsia="ja-JP" w:bidi="th-TH"/>
        </w:rPr>
        <w:t>จํานวนเงินสนับสนุน (รายปี) เป็นไปตามตารางต่อไปนี้</w:t>
      </w:r>
    </w:p>
    <w:p w14:paraId="14E41805" w14:textId="77777777" w:rsidR="0006183F" w:rsidRPr="008877D5" w:rsidRDefault="0006183F" w:rsidP="009F53ED">
      <w:pPr>
        <w:spacing w:after="80"/>
        <w:rPr>
          <w:rFonts w:eastAsiaTheme="minorEastAsia"/>
          <w:sz w:val="22"/>
          <w:lang w:eastAsia="ja-JP"/>
        </w:rPr>
      </w:pPr>
      <w:r w:rsidRPr="008877D5">
        <w:rPr>
          <w:rFonts w:eastAsiaTheme="minorEastAsia"/>
          <w:sz w:val="22"/>
          <w:lang w:eastAsia="ja-JP"/>
        </w:rPr>
        <w:t xml:space="preserve">※ </w:t>
      </w:r>
      <w:r w:rsidRPr="008877D5">
        <w:rPr>
          <w:rFonts w:eastAsiaTheme="minorEastAsia"/>
          <w:sz w:val="22"/>
          <w:cs/>
          <w:lang w:eastAsia="ja-JP" w:bidi="th-TH"/>
        </w:rPr>
        <w:t xml:space="preserve">ตั้งแต่ปีเรวะที่ </w:t>
      </w:r>
      <w:r w:rsidRPr="008877D5">
        <w:rPr>
          <w:rFonts w:eastAsiaTheme="minorEastAsia"/>
          <w:sz w:val="22"/>
          <w:lang w:eastAsia="ja-JP"/>
        </w:rPr>
        <w:t xml:space="preserve">8 (2026) </w:t>
      </w:r>
      <w:r w:rsidRPr="008877D5">
        <w:rPr>
          <w:rFonts w:eastAsiaTheme="minorEastAsia"/>
          <w:sz w:val="22"/>
          <w:cs/>
          <w:lang w:eastAsia="ja-JP" w:bidi="th-TH"/>
        </w:rPr>
        <w:t xml:space="preserve">เป็นต้นไป ได้เพิ่มประเภทภาษี </w:t>
      </w:r>
      <w:r w:rsidRPr="008877D5">
        <w:rPr>
          <w:rFonts w:ascii="Cambria Math" w:eastAsiaTheme="minorEastAsia" w:hAnsi="Cambria Math" w:cs="Cambria Math" w:hint="cs"/>
          <w:sz w:val="22"/>
          <w:cs/>
          <w:lang w:eastAsia="ja-JP" w:bidi="th-TH"/>
        </w:rPr>
        <w:t>①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eastAsiaTheme="minorEastAsia" w:hint="cs"/>
          <w:sz w:val="22"/>
          <w:cs/>
          <w:lang w:eastAsia="ja-JP" w:bidi="th-TH"/>
        </w:rPr>
        <w:t>และประเภทภาษี</w:t>
      </w:r>
      <w:r w:rsidRPr="008877D5">
        <w:rPr>
          <w:rFonts w:eastAsiaTheme="minorEastAsia"/>
          <w:sz w:val="22"/>
          <w:cs/>
          <w:lang w:eastAsia="ja-JP" w:bidi="th-TH"/>
        </w:rPr>
        <w:t xml:space="preserve"> </w:t>
      </w:r>
      <w:r w:rsidRPr="008877D5">
        <w:rPr>
          <w:rFonts w:ascii="Cambria Math" w:eastAsiaTheme="minorEastAsia" w:hAnsi="Cambria Math" w:cs="Cambria Math" w:hint="cs"/>
          <w:sz w:val="22"/>
          <w:cs/>
          <w:lang w:eastAsia="ja-JP" w:bidi="th-TH"/>
        </w:rPr>
        <w:t>②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2693"/>
        <w:gridCol w:w="3052"/>
        <w:gridCol w:w="1977"/>
        <w:gridCol w:w="1067"/>
        <w:gridCol w:w="1067"/>
      </w:tblGrid>
      <w:tr w:rsidR="00C2040F" w:rsidRPr="008877D5" w14:paraId="66EC85A6" w14:textId="77777777" w:rsidTr="00790C19">
        <w:trPr>
          <w:trHeight w:val="415"/>
        </w:trPr>
        <w:tc>
          <w:tcPr>
            <w:tcW w:w="2049" w:type="dxa"/>
            <w:vAlign w:val="center"/>
          </w:tcPr>
          <w:p w14:paraId="1000F4D2" w14:textId="77777777" w:rsidR="00C2040F" w:rsidRPr="008877D5" w:rsidRDefault="00C2040F" w:rsidP="00C2040F">
            <w:pPr>
              <w:widowControl w:val="0"/>
              <w:spacing w:line="240" w:lineRule="atLeast"/>
              <w:jc w:val="center"/>
              <w:rPr>
                <w:rFonts w:eastAsia="BIZ UDPゴシック"/>
                <w:kern w:val="2"/>
                <w:sz w:val="22"/>
                <w:szCs w:val="22"/>
              </w:rPr>
            </w:pPr>
          </w:p>
        </w:tc>
        <w:tc>
          <w:tcPr>
            <w:tcW w:w="2059" w:type="dxa"/>
            <w:vAlign w:val="center"/>
          </w:tcPr>
          <w:p w14:paraId="0FBCE340" w14:textId="40321A8F" w:rsidR="00C2040F" w:rsidRPr="008877D5" w:rsidRDefault="00C2040F" w:rsidP="00C2040F">
            <w:pPr>
              <w:widowControl w:val="0"/>
              <w:spacing w:line="240" w:lineRule="atLeast"/>
              <w:jc w:val="center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ครัวเรือนที่ได้รับสวัสดิการช่วยเหลือจากรัฐ</w:t>
            </w:r>
          </w:p>
        </w:tc>
        <w:tc>
          <w:tcPr>
            <w:tcW w:w="1921" w:type="dxa"/>
            <w:vAlign w:val="center"/>
          </w:tcPr>
          <w:p w14:paraId="5C66C240" w14:textId="5D31C27A" w:rsidR="00C2040F" w:rsidRPr="008877D5" w:rsidRDefault="00C2040F" w:rsidP="00C2040F">
            <w:pPr>
              <w:widowControl w:val="0"/>
              <w:spacing w:line="240" w:lineRule="atLeast"/>
              <w:jc w:val="center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ครัวเรือนที่ไม่ต้องเสียภาษี</w:t>
            </w:r>
          </w:p>
        </w:tc>
        <w:tc>
          <w:tcPr>
            <w:tcW w:w="1917" w:type="dxa"/>
            <w:vAlign w:val="center"/>
          </w:tcPr>
          <w:p w14:paraId="6D36ED56" w14:textId="1160DCA6" w:rsidR="00C2040F" w:rsidRPr="008877D5" w:rsidRDefault="00E03C06" w:rsidP="00C2040F">
            <w:pPr>
              <w:widowControl w:val="0"/>
              <w:spacing w:line="240" w:lineRule="atLeast"/>
              <w:jc w:val="center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ประเภทภาษี</w:t>
            </w:r>
            <w:r w:rsidR="00C2040F"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 xml:space="preserve"> ①</w:t>
            </w:r>
          </w:p>
        </w:tc>
        <w:tc>
          <w:tcPr>
            <w:tcW w:w="1910" w:type="dxa"/>
            <w:vAlign w:val="center"/>
          </w:tcPr>
          <w:p w14:paraId="6F3BDF25" w14:textId="4BFD889F" w:rsidR="00C2040F" w:rsidRPr="008877D5" w:rsidRDefault="00E03C06" w:rsidP="00C2040F">
            <w:pPr>
              <w:widowControl w:val="0"/>
              <w:spacing w:line="240" w:lineRule="atLeast"/>
              <w:jc w:val="center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ประเภทภาษี</w:t>
            </w:r>
            <w:r w:rsidR="00C2040F"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 xml:space="preserve"> ②</w:t>
            </w:r>
          </w:p>
        </w:tc>
      </w:tr>
      <w:tr w:rsidR="00C2040F" w:rsidRPr="008877D5" w14:paraId="1B3836BC" w14:textId="77777777" w:rsidTr="00790C19">
        <w:trPr>
          <w:trHeight w:val="395"/>
        </w:trPr>
        <w:tc>
          <w:tcPr>
            <w:tcW w:w="2049" w:type="dxa"/>
            <w:vAlign w:val="center"/>
          </w:tcPr>
          <w:p w14:paraId="1AD03136" w14:textId="195E0412" w:rsidR="00C2040F" w:rsidRPr="008877D5" w:rsidRDefault="00C2040F" w:rsidP="00C2040F">
            <w:pPr>
              <w:widowControl w:val="0"/>
              <w:spacing w:line="240" w:lineRule="atLeast"/>
              <w:jc w:val="center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หลักสูตรเต็มเวลา/หลักสูตรนอกเวลา</w:t>
            </w:r>
          </w:p>
        </w:tc>
        <w:tc>
          <w:tcPr>
            <w:tcW w:w="2059" w:type="dxa"/>
            <w:vMerge w:val="restart"/>
            <w:vAlign w:val="center"/>
          </w:tcPr>
          <w:p w14:paraId="3FFC9A6B" w14:textId="28395FA5" w:rsidR="00C2040F" w:rsidRPr="008877D5" w:rsidRDefault="00C2040F" w:rsidP="00C2040F">
            <w:pPr>
              <w:widowControl w:val="0"/>
              <w:spacing w:line="240" w:lineRule="atLeast"/>
              <w:jc w:val="right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</w:rPr>
              <w:t xml:space="preserve">32,300 </w:t>
            </w: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เยน</w:t>
            </w:r>
          </w:p>
        </w:tc>
        <w:tc>
          <w:tcPr>
            <w:tcW w:w="1921" w:type="dxa"/>
            <w:vAlign w:val="center"/>
          </w:tcPr>
          <w:p w14:paraId="58BCBE61" w14:textId="2C08176B" w:rsidR="00C2040F" w:rsidRPr="008877D5" w:rsidRDefault="00C2040F" w:rsidP="00C2040F">
            <w:pPr>
              <w:widowControl w:val="0"/>
              <w:spacing w:line="240" w:lineRule="atLeast"/>
              <w:jc w:val="right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</w:rPr>
              <w:t xml:space="preserve">143,700 </w:t>
            </w: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เยน</w:t>
            </w:r>
          </w:p>
        </w:tc>
        <w:tc>
          <w:tcPr>
            <w:tcW w:w="1917" w:type="dxa"/>
            <w:vAlign w:val="center"/>
          </w:tcPr>
          <w:p w14:paraId="5BE08254" w14:textId="7DCFD192" w:rsidR="00C2040F" w:rsidRPr="008877D5" w:rsidRDefault="00C2040F" w:rsidP="00C2040F">
            <w:pPr>
              <w:widowControl w:val="0"/>
              <w:spacing w:line="240" w:lineRule="atLeast"/>
              <w:jc w:val="right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</w:rPr>
              <w:t xml:space="preserve">47,900 </w:t>
            </w: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เยน</w:t>
            </w:r>
          </w:p>
        </w:tc>
        <w:tc>
          <w:tcPr>
            <w:tcW w:w="1910" w:type="dxa"/>
            <w:vAlign w:val="center"/>
          </w:tcPr>
          <w:p w14:paraId="4EF4AA5B" w14:textId="6BBDF594" w:rsidR="00C2040F" w:rsidRPr="008877D5" w:rsidRDefault="00C2040F" w:rsidP="00C2040F">
            <w:pPr>
              <w:widowControl w:val="0"/>
              <w:spacing w:line="240" w:lineRule="atLeast"/>
              <w:jc w:val="right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</w:rPr>
              <w:t xml:space="preserve">35,930 </w:t>
            </w: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เยน</w:t>
            </w:r>
          </w:p>
        </w:tc>
      </w:tr>
      <w:tr w:rsidR="00C2040F" w:rsidRPr="008877D5" w14:paraId="15143BE0" w14:textId="77777777" w:rsidTr="00790C19">
        <w:trPr>
          <w:trHeight w:val="495"/>
        </w:trPr>
        <w:tc>
          <w:tcPr>
            <w:tcW w:w="2049" w:type="dxa"/>
            <w:vAlign w:val="center"/>
          </w:tcPr>
          <w:p w14:paraId="56987D52" w14:textId="46CED96A" w:rsidR="00C2040F" w:rsidRPr="008877D5" w:rsidRDefault="00C2040F" w:rsidP="00C2040F">
            <w:pPr>
              <w:widowControl w:val="0"/>
              <w:spacing w:line="240" w:lineRule="atLeast"/>
              <w:jc w:val="center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หลักสูตรการศึกษาทางไกล</w:t>
            </w:r>
          </w:p>
        </w:tc>
        <w:tc>
          <w:tcPr>
            <w:tcW w:w="2059" w:type="dxa"/>
            <w:vMerge/>
            <w:vAlign w:val="center"/>
          </w:tcPr>
          <w:p w14:paraId="330CA761" w14:textId="77777777" w:rsidR="00C2040F" w:rsidRPr="008877D5" w:rsidRDefault="00C2040F" w:rsidP="00C2040F">
            <w:pPr>
              <w:widowControl w:val="0"/>
              <w:spacing w:line="240" w:lineRule="atLeast"/>
              <w:jc w:val="right"/>
              <w:rPr>
                <w:rFonts w:eastAsia="BIZ UDPゴシック"/>
                <w:kern w:val="2"/>
                <w:sz w:val="22"/>
                <w:szCs w:val="22"/>
              </w:rPr>
            </w:pPr>
          </w:p>
        </w:tc>
        <w:tc>
          <w:tcPr>
            <w:tcW w:w="1921" w:type="dxa"/>
            <w:vAlign w:val="center"/>
          </w:tcPr>
          <w:p w14:paraId="077DFFFF" w14:textId="729B5FE2" w:rsidR="00C2040F" w:rsidRPr="008877D5" w:rsidRDefault="00C2040F" w:rsidP="00C2040F">
            <w:pPr>
              <w:widowControl w:val="0"/>
              <w:wordWrap w:val="0"/>
              <w:spacing w:line="240" w:lineRule="atLeast"/>
              <w:jc w:val="right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</w:rPr>
              <w:t xml:space="preserve">50,500 </w:t>
            </w: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เยน</w:t>
            </w:r>
          </w:p>
        </w:tc>
        <w:tc>
          <w:tcPr>
            <w:tcW w:w="1917" w:type="dxa"/>
            <w:vAlign w:val="center"/>
          </w:tcPr>
          <w:p w14:paraId="07D27F41" w14:textId="489192FE" w:rsidR="00C2040F" w:rsidRPr="008877D5" w:rsidRDefault="00C2040F" w:rsidP="00C2040F">
            <w:pPr>
              <w:widowControl w:val="0"/>
              <w:spacing w:line="240" w:lineRule="atLeast"/>
              <w:jc w:val="right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</w:rPr>
              <w:t xml:space="preserve">16,830 </w:t>
            </w: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เยน</w:t>
            </w:r>
          </w:p>
        </w:tc>
        <w:tc>
          <w:tcPr>
            <w:tcW w:w="1910" w:type="dxa"/>
            <w:vAlign w:val="center"/>
          </w:tcPr>
          <w:p w14:paraId="31689B22" w14:textId="4B91CC9C" w:rsidR="00C2040F" w:rsidRPr="008877D5" w:rsidRDefault="00C2040F" w:rsidP="00C2040F">
            <w:pPr>
              <w:widowControl w:val="0"/>
              <w:spacing w:line="240" w:lineRule="atLeast"/>
              <w:jc w:val="right"/>
              <w:rPr>
                <w:rFonts w:eastAsia="BIZ UDPゴシック"/>
                <w:kern w:val="2"/>
                <w:sz w:val="22"/>
                <w:szCs w:val="22"/>
              </w:rPr>
            </w:pPr>
            <w:r w:rsidRPr="008877D5">
              <w:rPr>
                <w:rFonts w:eastAsia="BIZ UDPゴシック"/>
                <w:kern w:val="2"/>
                <w:sz w:val="22"/>
                <w:szCs w:val="22"/>
              </w:rPr>
              <w:t xml:space="preserve">12,630 </w:t>
            </w:r>
            <w:r w:rsidRPr="008877D5">
              <w:rPr>
                <w:rFonts w:eastAsia="BIZ UDPゴシック"/>
                <w:kern w:val="2"/>
                <w:sz w:val="22"/>
                <w:szCs w:val="22"/>
                <w:cs/>
                <w:lang w:bidi="th-TH"/>
              </w:rPr>
              <w:t>เยน</w:t>
            </w:r>
          </w:p>
        </w:tc>
      </w:tr>
    </w:tbl>
    <w:p w14:paraId="0A8AD466" w14:textId="77777777" w:rsidR="00790C19" w:rsidRPr="008877D5" w:rsidRDefault="00790C19" w:rsidP="00790C19">
      <w:pPr>
        <w:spacing w:after="80"/>
        <w:rPr>
          <w:rFonts w:eastAsiaTheme="minorEastAsia"/>
          <w:szCs w:val="21"/>
          <w:lang w:eastAsia="ja-JP" w:bidi="th-TH"/>
        </w:rPr>
      </w:pPr>
      <w:r w:rsidRPr="008877D5">
        <w:rPr>
          <w:rFonts w:eastAsiaTheme="minorEastAsia"/>
          <w:szCs w:val="21"/>
          <w:cs/>
          <w:lang w:eastAsia="ja-JP" w:bidi="th-TH"/>
        </w:rPr>
        <w:t>ครัวเรือนที่ได้รับสวัสดิการความช่วยเหลือจากรัฐ:</w:t>
      </w:r>
      <w:r w:rsidRPr="008877D5">
        <w:rPr>
          <w:rFonts w:eastAsiaTheme="minorEastAsia"/>
          <w:szCs w:val="21"/>
          <w:lang w:eastAsia="ja-JP" w:bidi="th-TH"/>
        </w:rPr>
        <w:t xml:space="preserve"> </w:t>
      </w:r>
      <w:r w:rsidRPr="008877D5">
        <w:rPr>
          <w:rFonts w:eastAsiaTheme="minorEastAsia"/>
          <w:szCs w:val="21"/>
          <w:cs/>
          <w:lang w:eastAsia="ja-JP" w:bidi="th-TH"/>
        </w:rPr>
        <w:t>ครัวเรือนที่ได้รับความช่วยเหลือด้านการดำรงชีพ</w:t>
      </w:r>
      <w:r w:rsidRPr="008877D5">
        <w:rPr>
          <w:rFonts w:eastAsiaTheme="minorEastAsia"/>
          <w:szCs w:val="21"/>
          <w:lang w:eastAsia="ja-JP" w:bidi="th-TH"/>
        </w:rPr>
        <w:br/>
      </w:r>
      <w:r w:rsidRPr="008877D5">
        <w:rPr>
          <w:rFonts w:eastAsiaTheme="minorEastAsia"/>
          <w:szCs w:val="21"/>
          <w:cs/>
          <w:lang w:eastAsia="ja-JP" w:bidi="th-TH"/>
        </w:rPr>
        <w:t>ครัวเรือนที่ไม่ได้เสียภาษี:</w:t>
      </w:r>
      <w:r w:rsidRPr="008877D5">
        <w:rPr>
          <w:rFonts w:eastAsiaTheme="minorEastAsia"/>
          <w:szCs w:val="21"/>
          <w:lang w:eastAsia="ja-JP" w:bidi="th-TH"/>
        </w:rPr>
        <w:t xml:space="preserve"> </w:t>
      </w:r>
      <w:r w:rsidRPr="008877D5">
        <w:rPr>
          <w:rFonts w:eastAsiaTheme="minorEastAsia"/>
          <w:szCs w:val="21"/>
          <w:cs/>
          <w:lang w:eastAsia="ja-JP" w:bidi="th-TH"/>
        </w:rPr>
        <w:t xml:space="preserve">ครัวเรือนที่จำนวนเงินส่วนแบ่งภาษีท้องถิ่นตามรายได้เป็น </w:t>
      </w:r>
      <w:r w:rsidRPr="008877D5">
        <w:rPr>
          <w:rFonts w:eastAsiaTheme="minorEastAsia"/>
          <w:szCs w:val="21"/>
          <w:lang w:eastAsia="ja-JP" w:bidi="th-TH"/>
        </w:rPr>
        <w:t xml:space="preserve">0 </w:t>
      </w:r>
      <w:r w:rsidRPr="008877D5">
        <w:rPr>
          <w:rFonts w:eastAsiaTheme="minorEastAsia"/>
          <w:szCs w:val="21"/>
          <w:cs/>
          <w:lang w:eastAsia="ja-JP" w:bidi="th-TH"/>
        </w:rPr>
        <w:t>เยน</w:t>
      </w:r>
      <w:r w:rsidRPr="008877D5">
        <w:rPr>
          <w:rFonts w:eastAsiaTheme="minorEastAsia"/>
          <w:szCs w:val="21"/>
          <w:lang w:eastAsia="ja-JP" w:bidi="th-TH"/>
        </w:rPr>
        <w:br/>
      </w:r>
      <w:r w:rsidRPr="008877D5">
        <w:rPr>
          <w:rFonts w:eastAsiaTheme="minorEastAsia"/>
          <w:szCs w:val="21"/>
          <w:cs/>
          <w:lang w:eastAsia="ja-JP" w:bidi="th-TH"/>
        </w:rPr>
        <w:t xml:space="preserve">ประเภทภาษี </w:t>
      </w:r>
      <w:r w:rsidRPr="008877D5">
        <w:rPr>
          <w:rFonts w:ascii="Cambria Math" w:eastAsiaTheme="minorEastAsia" w:hAnsi="Cambria Math" w:cs="Cambria Math" w:hint="cs"/>
          <w:szCs w:val="21"/>
          <w:cs/>
          <w:lang w:eastAsia="ja-JP" w:bidi="th-TH"/>
        </w:rPr>
        <w:t>①</w:t>
      </w:r>
      <w:r w:rsidRPr="008877D5">
        <w:rPr>
          <w:rFonts w:eastAsiaTheme="minorEastAsia"/>
          <w:szCs w:val="21"/>
          <w:cs/>
          <w:lang w:eastAsia="ja-JP" w:bidi="th-TH"/>
        </w:rPr>
        <w:t>:</w:t>
      </w:r>
      <w:r w:rsidRPr="008877D5">
        <w:rPr>
          <w:rFonts w:eastAsiaTheme="minorEastAsia"/>
          <w:szCs w:val="21"/>
          <w:lang w:eastAsia="ja-JP" w:bidi="th-TH"/>
        </w:rPr>
        <w:t xml:space="preserve"> </w:t>
      </w:r>
      <w:r w:rsidRPr="008877D5">
        <w:rPr>
          <w:rFonts w:eastAsiaTheme="minorEastAsia"/>
          <w:szCs w:val="21"/>
          <w:cs/>
          <w:lang w:eastAsia="ja-JP" w:bidi="th-TH"/>
        </w:rPr>
        <w:t xml:space="preserve">ครัวเรือนที่จำนวนเงินส่วนแบ่งภาษีท้องถิ่นตามรายได้ตั้งแต่ </w:t>
      </w:r>
      <w:r w:rsidRPr="008877D5">
        <w:rPr>
          <w:rFonts w:eastAsiaTheme="minorEastAsia"/>
          <w:szCs w:val="21"/>
          <w:lang w:eastAsia="ja-JP" w:bidi="th-TH"/>
        </w:rPr>
        <w:t xml:space="preserve">100 </w:t>
      </w:r>
      <w:r w:rsidRPr="008877D5">
        <w:rPr>
          <w:rFonts w:eastAsiaTheme="minorEastAsia"/>
          <w:szCs w:val="21"/>
          <w:cs/>
          <w:lang w:eastAsia="ja-JP" w:bidi="th-TH"/>
        </w:rPr>
        <w:t xml:space="preserve">เยนขึ้นไปและน้อยกว่า </w:t>
      </w:r>
      <w:r w:rsidRPr="008877D5">
        <w:rPr>
          <w:rFonts w:eastAsiaTheme="minorEastAsia"/>
          <w:szCs w:val="21"/>
          <w:lang w:eastAsia="ja-JP" w:bidi="th-TH"/>
        </w:rPr>
        <w:t xml:space="preserve">105,500 </w:t>
      </w:r>
      <w:r w:rsidRPr="008877D5">
        <w:rPr>
          <w:rFonts w:eastAsiaTheme="minorEastAsia"/>
          <w:szCs w:val="21"/>
          <w:cs/>
          <w:lang w:eastAsia="ja-JP" w:bidi="th-TH"/>
        </w:rPr>
        <w:t>เยน</w:t>
      </w:r>
      <w:r w:rsidRPr="008877D5">
        <w:rPr>
          <w:rFonts w:eastAsiaTheme="minorEastAsia"/>
          <w:szCs w:val="21"/>
          <w:lang w:eastAsia="ja-JP" w:bidi="th-TH"/>
        </w:rPr>
        <w:br/>
      </w:r>
      <w:r w:rsidRPr="008877D5">
        <w:rPr>
          <w:rFonts w:eastAsiaTheme="minorEastAsia"/>
          <w:szCs w:val="21"/>
          <w:cs/>
          <w:lang w:eastAsia="ja-JP" w:bidi="th-TH"/>
        </w:rPr>
        <w:t xml:space="preserve">ประเภทภาษี </w:t>
      </w:r>
      <w:r w:rsidRPr="008877D5">
        <w:rPr>
          <w:rFonts w:ascii="Cambria Math" w:eastAsiaTheme="minorEastAsia" w:hAnsi="Cambria Math" w:cs="Cambria Math" w:hint="cs"/>
          <w:szCs w:val="21"/>
          <w:cs/>
          <w:lang w:eastAsia="ja-JP" w:bidi="th-TH"/>
        </w:rPr>
        <w:t>②</w:t>
      </w:r>
      <w:r w:rsidRPr="008877D5">
        <w:rPr>
          <w:rFonts w:eastAsiaTheme="minorEastAsia"/>
          <w:szCs w:val="21"/>
          <w:cs/>
          <w:lang w:eastAsia="ja-JP" w:bidi="th-TH"/>
        </w:rPr>
        <w:t>:</w:t>
      </w:r>
      <w:r w:rsidRPr="008877D5">
        <w:rPr>
          <w:rFonts w:eastAsiaTheme="minorEastAsia"/>
          <w:szCs w:val="21"/>
          <w:lang w:eastAsia="ja-JP" w:bidi="th-TH"/>
        </w:rPr>
        <w:t xml:space="preserve"> </w:t>
      </w:r>
      <w:r w:rsidRPr="008877D5">
        <w:rPr>
          <w:rFonts w:eastAsiaTheme="minorEastAsia"/>
          <w:szCs w:val="21"/>
          <w:cs/>
          <w:lang w:eastAsia="ja-JP" w:bidi="th-TH"/>
        </w:rPr>
        <w:t xml:space="preserve">ครัวเรือนที่จำนวนเงินส่วนแบ่งภาษีท้องถิ่นตามรายได้ตั้งแต่ </w:t>
      </w:r>
      <w:r w:rsidRPr="008877D5">
        <w:rPr>
          <w:rFonts w:eastAsiaTheme="minorEastAsia"/>
          <w:szCs w:val="21"/>
          <w:lang w:eastAsia="ja-JP" w:bidi="th-TH"/>
        </w:rPr>
        <w:t xml:space="preserve">105,500 </w:t>
      </w:r>
      <w:r w:rsidRPr="008877D5">
        <w:rPr>
          <w:rFonts w:eastAsiaTheme="minorEastAsia"/>
          <w:szCs w:val="21"/>
          <w:cs/>
          <w:lang w:eastAsia="ja-JP" w:bidi="th-TH"/>
        </w:rPr>
        <w:t xml:space="preserve">เยนขึ้นไปและน้อยกว่า </w:t>
      </w:r>
      <w:r w:rsidRPr="008877D5">
        <w:rPr>
          <w:rFonts w:eastAsiaTheme="minorEastAsia"/>
          <w:szCs w:val="21"/>
          <w:lang w:eastAsia="ja-JP" w:bidi="th-TH"/>
        </w:rPr>
        <w:t xml:space="preserve">182,500 </w:t>
      </w:r>
      <w:r w:rsidRPr="008877D5">
        <w:rPr>
          <w:rFonts w:eastAsiaTheme="minorEastAsia"/>
          <w:szCs w:val="21"/>
          <w:cs/>
          <w:lang w:eastAsia="ja-JP" w:bidi="th-TH"/>
        </w:rPr>
        <w:t>เยน</w:t>
      </w:r>
    </w:p>
    <w:p w14:paraId="6961C85D" w14:textId="77777777" w:rsidR="00FD7588" w:rsidRPr="008877D5" w:rsidRDefault="00FD7588">
      <w:pPr>
        <w:spacing w:after="80"/>
        <w:rPr>
          <w:rFonts w:eastAsiaTheme="minorEastAsia"/>
          <w:sz w:val="22"/>
          <w:lang w:eastAsia="ja-JP" w:bidi="th-TH"/>
        </w:rPr>
      </w:pPr>
    </w:p>
    <w:p w14:paraId="6EACB16A" w14:textId="0FDE975F" w:rsidR="00B2341F" w:rsidRPr="008877D5" w:rsidRDefault="00790C19">
      <w:pPr>
        <w:spacing w:after="80"/>
        <w:rPr>
          <w:sz w:val="22"/>
        </w:rPr>
      </w:pPr>
      <w:r w:rsidRPr="008877D5">
        <w:rPr>
          <w:sz w:val="22"/>
          <w:cs/>
          <w:lang w:bidi="th-TH"/>
        </w:rPr>
        <w:t>ในการสมัคร จำเป็นต้องมีเอกสารยืนยันรายได้ต่อปีของผู้ปกครองทั้งหมด (อย่างใดอย่างหนึ่ง ได้แก่ หนังสือรับรองการได้รับสวัสดิการความช่วยเหลือจากรัฐ หนังสือรับรองการเสียภาษีท้องถิ่น หรือหนังสือรับรองการไม่ต้องเสียภาษีท้องถิ่น)</w:t>
      </w:r>
      <w:r w:rsidRPr="008877D5">
        <w:rPr>
          <w:rFonts w:eastAsiaTheme="minorEastAsia" w:hint="eastAsia"/>
          <w:sz w:val="22"/>
          <w:lang w:eastAsia="ja-JP" w:bidi="th-TH"/>
        </w:rPr>
        <w:t xml:space="preserve"> </w:t>
      </w:r>
      <w:r w:rsidR="00751378" w:rsidRPr="008877D5">
        <w:rPr>
          <w:sz w:val="22"/>
          <w:lang w:bidi="th-TH"/>
        </w:rPr>
        <w:t>ต้องมีสําเนาสมุดบัญชีเพื่อยืนยันบัญชีรับเงิน</w:t>
      </w:r>
    </w:p>
    <w:p w14:paraId="76EFA957" w14:textId="77777777" w:rsidR="002D7DCD" w:rsidRPr="008877D5" w:rsidRDefault="002D7DCD">
      <w:pPr>
        <w:spacing w:after="80"/>
        <w:rPr>
          <w:rFonts w:eastAsiaTheme="minorEastAsia"/>
          <w:sz w:val="22"/>
          <w:lang w:eastAsia="ja-JP"/>
        </w:rPr>
      </w:pPr>
    </w:p>
    <w:p w14:paraId="71A4C41C" w14:textId="77777777" w:rsidR="00EB4447" w:rsidRPr="008877D5" w:rsidRDefault="00EB4447">
      <w:pPr>
        <w:spacing w:after="80"/>
        <w:rPr>
          <w:rFonts w:eastAsiaTheme="minorEastAsia"/>
          <w:sz w:val="22"/>
          <w:lang w:eastAsia="ja-JP" w:bidi="th-TH"/>
        </w:rPr>
      </w:pPr>
      <w:r w:rsidRPr="008877D5">
        <w:rPr>
          <w:sz w:val="22"/>
          <w:cs/>
          <w:lang w:bidi="th-TH"/>
        </w:rPr>
        <w:t xml:space="preserve">นอกเหนือจากการสมัครปกติแล้ว ยังมีระบบ </w:t>
      </w:r>
      <w:r w:rsidRPr="008877D5">
        <w:rPr>
          <w:sz w:val="22"/>
        </w:rPr>
        <w:t xml:space="preserve">2 </w:t>
      </w:r>
      <w:r w:rsidRPr="008877D5">
        <w:rPr>
          <w:sz w:val="22"/>
          <w:cs/>
          <w:lang w:bidi="th-TH"/>
        </w:rPr>
        <w:t>ระบบดังต่อไปนี้:</w:t>
      </w:r>
    </w:p>
    <w:p w14:paraId="323F61D0" w14:textId="2DF2F823" w:rsidR="00B2341F" w:rsidRPr="008877D5" w:rsidRDefault="00751378">
      <w:pPr>
        <w:spacing w:after="80"/>
        <w:rPr>
          <w:sz w:val="22"/>
        </w:rPr>
      </w:pPr>
      <w:r w:rsidRPr="008877D5">
        <w:rPr>
          <w:sz w:val="22"/>
        </w:rPr>
        <w:t xml:space="preserve">① </w:t>
      </w:r>
      <w:r w:rsidRPr="008877D5">
        <w:rPr>
          <w:sz w:val="22"/>
          <w:lang w:bidi="th-TH"/>
        </w:rPr>
        <w:t>การจ่ายล่วงหน้าแก่นักเรียนใหม่</w:t>
      </w:r>
      <w:r w:rsidR="00EB4447" w:rsidRPr="008877D5">
        <w:rPr>
          <w:rFonts w:eastAsiaTheme="minorEastAsia"/>
          <w:sz w:val="22"/>
          <w:lang w:eastAsia="ja-JP"/>
        </w:rPr>
        <w:br/>
      </w:r>
      <w:r w:rsidR="00EB4447" w:rsidRPr="008877D5">
        <w:rPr>
          <w:sz w:val="22"/>
          <w:cs/>
          <w:lang w:bidi="th-TH"/>
        </w:rPr>
        <w:t xml:space="preserve">จ่ายเงินทุนสนับสนุนการศึกษาส่วนหนึ่งล่วงหน้าให้แก่ครัวเรือนของนักเรียนใหม่ที่เป็นครัวเรือนที่ได้รับสวัสดิการความช่วยเหลือจากรัฐ ครัวเรือนที่ไม่ได้เสียภาษี ประเภทภาษี </w:t>
      </w:r>
      <w:r w:rsidR="00EB4447" w:rsidRPr="008877D5">
        <w:rPr>
          <w:rFonts w:ascii="Cambria Math" w:hAnsi="Cambria Math" w:cs="Cambria Math" w:hint="cs"/>
          <w:sz w:val="22"/>
          <w:cs/>
          <w:lang w:bidi="th-TH"/>
        </w:rPr>
        <w:t>①</w:t>
      </w:r>
      <w:r w:rsidR="00EB4447" w:rsidRPr="008877D5">
        <w:rPr>
          <w:sz w:val="22"/>
          <w:cs/>
          <w:lang w:bidi="th-TH"/>
        </w:rPr>
        <w:t xml:space="preserve"> หรือประเภทภาษี </w:t>
      </w:r>
      <w:r w:rsidR="00EB4447" w:rsidRPr="008877D5">
        <w:rPr>
          <w:rFonts w:ascii="Cambria Math" w:hAnsi="Cambria Math" w:cs="Cambria Math" w:hint="cs"/>
          <w:sz w:val="22"/>
          <w:cs/>
          <w:lang w:bidi="th-TH"/>
        </w:rPr>
        <w:t>②</w:t>
      </w:r>
      <w:r w:rsidR="00EB4447" w:rsidRPr="008877D5">
        <w:rPr>
          <w:sz w:val="22"/>
          <w:cs/>
          <w:lang w:bidi="th-TH"/>
        </w:rPr>
        <w:t xml:space="preserve"> ในปีเรวะที่ </w:t>
      </w:r>
      <w:r w:rsidR="00EB4447" w:rsidRPr="008877D5">
        <w:rPr>
          <w:sz w:val="22"/>
        </w:rPr>
        <w:t xml:space="preserve">7 (2025) </w:t>
      </w:r>
      <w:r w:rsidR="00EB4447" w:rsidRPr="008877D5">
        <w:rPr>
          <w:sz w:val="22"/>
          <w:cs/>
          <w:lang w:bidi="th-TH"/>
        </w:rPr>
        <w:t>ผู้ที่ต้องการสมัครระบบนี้ต้องดำเนินการสมัครแยกต่างหากจากการสมัครปกติ</w:t>
      </w:r>
    </w:p>
    <w:p w14:paraId="44983510" w14:textId="7F53B21B" w:rsidR="00B2341F" w:rsidRPr="008877D5" w:rsidRDefault="00751378">
      <w:pPr>
        <w:spacing w:after="80"/>
        <w:rPr>
          <w:sz w:val="22"/>
        </w:rPr>
      </w:pPr>
      <w:r w:rsidRPr="008877D5">
        <w:rPr>
          <w:sz w:val="22"/>
        </w:rPr>
        <w:t xml:space="preserve">② </w:t>
      </w:r>
      <w:r w:rsidRPr="008877D5">
        <w:rPr>
          <w:sz w:val="22"/>
          <w:lang w:bidi="th-TH"/>
        </w:rPr>
        <w:t>การสนับสนุนครัวเรือนที่ประสบปัญหาทางการเงินกะทันหัน</w:t>
      </w:r>
      <w:r w:rsidR="00EB4447" w:rsidRPr="008877D5">
        <w:rPr>
          <w:rFonts w:eastAsiaTheme="minorEastAsia"/>
          <w:sz w:val="22"/>
          <w:lang w:eastAsia="ja-JP"/>
        </w:rPr>
        <w:br/>
      </w:r>
      <w:r w:rsidR="00EB4447" w:rsidRPr="008877D5">
        <w:rPr>
          <w:sz w:val="22"/>
          <w:cs/>
          <w:lang w:bidi="th-TH"/>
        </w:rPr>
        <w:t xml:space="preserve">จ่ายเงินทุนสนับสนุนการศึกษาให้แก่ครัวเรือนที่ในปีเรวะที่ </w:t>
      </w:r>
      <w:r w:rsidR="00EB4447" w:rsidRPr="008877D5">
        <w:rPr>
          <w:sz w:val="22"/>
        </w:rPr>
        <w:t xml:space="preserve">8 (2026) </w:t>
      </w:r>
      <w:r w:rsidR="00EB4447" w:rsidRPr="008877D5">
        <w:rPr>
          <w:sz w:val="22"/>
          <w:cs/>
          <w:lang w:bidi="th-TH"/>
        </w:rPr>
        <w:t xml:space="preserve">ไม่เข้าข่ายเป็นครัวเรือนที่ได้รับสวัสดิการความช่วยเหลือจากรัฐ ครัวเรือนที่ไม่ได้เสียภาษี ประเภทภาษี </w:t>
      </w:r>
      <w:r w:rsidR="00EB4447" w:rsidRPr="008877D5">
        <w:rPr>
          <w:rFonts w:ascii="Cambria Math" w:hAnsi="Cambria Math" w:cs="Cambria Math" w:hint="cs"/>
          <w:sz w:val="22"/>
          <w:cs/>
          <w:lang w:bidi="th-TH"/>
        </w:rPr>
        <w:t>①</w:t>
      </w:r>
      <w:r w:rsidR="00EB4447" w:rsidRPr="008877D5">
        <w:rPr>
          <w:sz w:val="22"/>
          <w:cs/>
          <w:lang w:bidi="th-TH"/>
        </w:rPr>
        <w:t xml:space="preserve"> หรือประเภทภาษี </w:t>
      </w:r>
      <w:r w:rsidR="00EB4447" w:rsidRPr="008877D5">
        <w:rPr>
          <w:rFonts w:ascii="Cambria Math" w:hAnsi="Cambria Math" w:cs="Cambria Math" w:hint="cs"/>
          <w:sz w:val="22"/>
          <w:cs/>
          <w:lang w:bidi="th-TH"/>
        </w:rPr>
        <w:t>②</w:t>
      </w:r>
      <w:r w:rsidR="00EB4447" w:rsidRPr="008877D5">
        <w:rPr>
          <w:sz w:val="22"/>
          <w:cs/>
          <w:lang w:bidi="th-TH"/>
        </w:rPr>
        <w:t xml:space="preserve"> </w:t>
      </w:r>
      <w:r w:rsidR="00EB4447" w:rsidRPr="008877D5">
        <w:rPr>
          <w:sz w:val="22"/>
          <w:cs/>
          <w:lang w:bidi="th-TH"/>
        </w:rPr>
        <w:lastRenderedPageBreak/>
        <w:t xml:space="preserve">แต่ในปีนี้รายได้ของผู้ปกครองทั้งหมดลดลงจนอยู่ในระดับเทียบเท่ากับครัวเรือนที่ไม่ได้เสียภาษี ประเภทภาษี </w:t>
      </w:r>
      <w:r w:rsidR="00EB4447" w:rsidRPr="008877D5">
        <w:rPr>
          <w:rFonts w:ascii="Cambria Math" w:hAnsi="Cambria Math" w:cs="Cambria Math" w:hint="cs"/>
          <w:sz w:val="22"/>
          <w:cs/>
          <w:lang w:bidi="th-TH"/>
        </w:rPr>
        <w:t>①</w:t>
      </w:r>
      <w:r w:rsidR="00EB4447" w:rsidRPr="008877D5">
        <w:rPr>
          <w:sz w:val="22"/>
          <w:cs/>
          <w:lang w:bidi="th-TH"/>
        </w:rPr>
        <w:t xml:space="preserve"> หรือประเภทภาษี </w:t>
      </w:r>
      <w:r w:rsidR="00EB4447" w:rsidRPr="008877D5">
        <w:rPr>
          <w:rFonts w:ascii="Cambria Math" w:hAnsi="Cambria Math" w:cs="Cambria Math" w:hint="cs"/>
          <w:sz w:val="22"/>
          <w:cs/>
          <w:lang w:bidi="th-TH"/>
        </w:rPr>
        <w:t>②</w:t>
      </w:r>
      <w:r w:rsidR="00EB4447" w:rsidRPr="008877D5">
        <w:rPr>
          <w:sz w:val="22"/>
          <w:cs/>
          <w:lang w:bidi="th-TH"/>
        </w:rPr>
        <w:t xml:space="preserve"> ผู้ที่ต้องการสมัครระบบนี้จำเป็นต้องยื่นแบบฟอร์มสมัครพร้อมเอกสาร </w:t>
      </w:r>
      <w:r w:rsidR="00EB4447" w:rsidRPr="008877D5">
        <w:rPr>
          <w:sz w:val="22"/>
        </w:rPr>
        <w:t xml:space="preserve">4 </w:t>
      </w:r>
      <w:r w:rsidR="00EB4447" w:rsidRPr="008877D5">
        <w:rPr>
          <w:sz w:val="22"/>
          <w:cs/>
          <w:lang w:bidi="th-TH"/>
        </w:rPr>
        <w:t>ประเภทต่อไปนี้</w:t>
      </w:r>
    </w:p>
    <w:p w14:paraId="1E38921D" w14:textId="77777777" w:rsidR="00B2341F" w:rsidRPr="008877D5" w:rsidRDefault="00751378">
      <w:pPr>
        <w:spacing w:after="80"/>
        <w:ind w:left="340"/>
        <w:rPr>
          <w:sz w:val="22"/>
        </w:rPr>
      </w:pPr>
      <w:r w:rsidRPr="008877D5">
        <w:rPr>
          <w:sz w:val="22"/>
        </w:rPr>
        <w:t xml:space="preserve">1. </w:t>
      </w:r>
      <w:r w:rsidRPr="008877D5">
        <w:rPr>
          <w:sz w:val="22"/>
          <w:lang w:bidi="th-TH"/>
        </w:rPr>
        <w:t>เอกสารยืนยันสาเหตุที่รายได้ลดลง</w:t>
      </w:r>
    </w:p>
    <w:p w14:paraId="7B4A1A34" w14:textId="3A97F052" w:rsidR="00B2341F" w:rsidRPr="008877D5" w:rsidRDefault="00751378">
      <w:pPr>
        <w:spacing w:after="80"/>
        <w:ind w:left="340"/>
        <w:rPr>
          <w:sz w:val="22"/>
        </w:rPr>
      </w:pPr>
      <w:r w:rsidRPr="008877D5">
        <w:rPr>
          <w:sz w:val="22"/>
        </w:rPr>
        <w:t xml:space="preserve">2. </w:t>
      </w:r>
      <w:r w:rsidRPr="008877D5">
        <w:rPr>
          <w:sz w:val="22"/>
          <w:lang w:bidi="th-TH"/>
        </w:rPr>
        <w:t>เอกสารยืนยันรายได้ก่อนลดลง</w:t>
      </w:r>
      <w:r w:rsidRPr="008877D5">
        <w:rPr>
          <w:sz w:val="22"/>
        </w:rPr>
        <w:t xml:space="preserve"> (</w:t>
      </w:r>
      <w:r w:rsidRPr="008877D5">
        <w:rPr>
          <w:sz w:val="22"/>
          <w:lang w:bidi="th-TH"/>
        </w:rPr>
        <w:t>ใบรับรองภาษีปีเรวะที่</w:t>
      </w:r>
      <w:r w:rsidRPr="008877D5">
        <w:rPr>
          <w:sz w:val="22"/>
        </w:rPr>
        <w:t xml:space="preserve"> </w:t>
      </w:r>
      <w:r w:rsidR="009250BB" w:rsidRPr="009250BB">
        <w:rPr>
          <w:sz w:val="22"/>
        </w:rPr>
        <w:t>8</w:t>
      </w:r>
      <w:r w:rsidRPr="008877D5">
        <w:rPr>
          <w:sz w:val="22"/>
        </w:rPr>
        <w:t xml:space="preserve"> </w:t>
      </w:r>
      <w:r w:rsidRPr="008877D5">
        <w:rPr>
          <w:sz w:val="22"/>
          <w:lang w:bidi="th-TH"/>
        </w:rPr>
        <w:t>ของผู้ปกครองทั้งหมด</w:t>
      </w:r>
      <w:r w:rsidRPr="008877D5">
        <w:rPr>
          <w:sz w:val="22"/>
        </w:rPr>
        <w:t>)</w:t>
      </w:r>
    </w:p>
    <w:p w14:paraId="64DC3B84" w14:textId="77777777" w:rsidR="00B2341F" w:rsidRPr="008877D5" w:rsidRDefault="00751378">
      <w:pPr>
        <w:spacing w:after="80"/>
        <w:ind w:left="340"/>
        <w:rPr>
          <w:sz w:val="22"/>
        </w:rPr>
      </w:pPr>
      <w:r w:rsidRPr="008877D5">
        <w:rPr>
          <w:sz w:val="22"/>
        </w:rPr>
        <w:t xml:space="preserve">3. </w:t>
      </w:r>
      <w:r w:rsidRPr="008877D5">
        <w:rPr>
          <w:sz w:val="22"/>
          <w:lang w:bidi="th-TH"/>
        </w:rPr>
        <w:t>เอกสารยืนยันรายได้หลังลดลง</w:t>
      </w:r>
      <w:r w:rsidRPr="008877D5">
        <w:rPr>
          <w:sz w:val="22"/>
        </w:rPr>
        <w:t xml:space="preserve"> (</w:t>
      </w:r>
      <w:r w:rsidRPr="008877D5">
        <w:rPr>
          <w:sz w:val="22"/>
          <w:lang w:bidi="th-TH"/>
        </w:rPr>
        <w:t>ของผู้ปกครองทั้งหมด</w:t>
      </w:r>
      <w:r w:rsidRPr="008877D5">
        <w:rPr>
          <w:sz w:val="22"/>
        </w:rPr>
        <w:t>)</w:t>
      </w:r>
    </w:p>
    <w:p w14:paraId="6FE43641" w14:textId="2250CCD6" w:rsidR="00B2341F" w:rsidRPr="008877D5" w:rsidRDefault="00751378" w:rsidP="004B4205">
      <w:pPr>
        <w:spacing w:after="80"/>
        <w:ind w:leftChars="161" w:left="565" w:hangingChars="103" w:hanging="227"/>
        <w:rPr>
          <w:sz w:val="22"/>
        </w:rPr>
      </w:pPr>
      <w:r w:rsidRPr="008877D5">
        <w:rPr>
          <w:sz w:val="22"/>
        </w:rPr>
        <w:t xml:space="preserve">4. </w:t>
      </w:r>
      <w:r w:rsidR="00EB4447" w:rsidRPr="008877D5">
        <w:rPr>
          <w:sz w:val="22"/>
          <w:cs/>
          <w:lang w:bidi="th-TH"/>
        </w:rPr>
        <w:t>เอกสารที่สามารถยืนยันสัญชาติและสถานะการพำนักของนักเรียนได้ (ไม่จำเป็นต้องยื่นสำหรับนักเรียนโรงเรียนมัธยมศึกษาตอนปลายของรัฐในจังหวัดโอซาก้า)</w:t>
      </w:r>
    </w:p>
    <w:p w14:paraId="6FD11B2D" w14:textId="77777777" w:rsidR="00EB4447" w:rsidRPr="008877D5" w:rsidRDefault="00EB4447">
      <w:pPr>
        <w:spacing w:after="80"/>
        <w:rPr>
          <w:rFonts w:eastAsiaTheme="minorEastAsia"/>
          <w:sz w:val="22"/>
          <w:lang w:eastAsia="ja-JP"/>
        </w:rPr>
      </w:pPr>
    </w:p>
    <w:p w14:paraId="21024CC2" w14:textId="65D67847" w:rsidR="00B2341F" w:rsidRPr="008877D5" w:rsidRDefault="00751378">
      <w:pPr>
        <w:spacing w:after="80"/>
        <w:rPr>
          <w:sz w:val="22"/>
        </w:rPr>
      </w:pPr>
      <w:r w:rsidRPr="008877D5">
        <w:rPr>
          <w:sz w:val="22"/>
          <w:lang w:bidi="th-TH"/>
        </w:rPr>
        <w:t>สําหรับคําถาม</w:t>
      </w:r>
      <w:r w:rsidRPr="008877D5">
        <w:rPr>
          <w:sz w:val="22"/>
        </w:rPr>
        <w:t xml:space="preserve"> </w:t>
      </w:r>
      <w:r w:rsidRPr="008877D5">
        <w:rPr>
          <w:sz w:val="22"/>
          <w:lang w:bidi="th-TH"/>
        </w:rPr>
        <w:t>กรุณาติดต่อโรงเรียนหรือ</w:t>
      </w:r>
      <w:r w:rsidRPr="008877D5">
        <w:rPr>
          <w:sz w:val="22"/>
        </w:rPr>
        <w:t xml:space="preserve"> </w:t>
      </w:r>
      <w:r w:rsidRPr="008877D5">
        <w:rPr>
          <w:sz w:val="22"/>
          <w:lang w:bidi="th-TH"/>
        </w:rPr>
        <w:t>กองการเงินและสิ่งก่อสร้าง</w:t>
      </w:r>
      <w:r w:rsidRPr="008877D5">
        <w:rPr>
          <w:sz w:val="22"/>
        </w:rPr>
        <w:t xml:space="preserve"> </w:t>
      </w:r>
      <w:r w:rsidRPr="008877D5">
        <w:rPr>
          <w:sz w:val="22"/>
          <w:lang w:bidi="th-TH"/>
        </w:rPr>
        <w:t>สํานักงานการศึกษาจังหวัดโอซาก้า</w:t>
      </w:r>
    </w:p>
    <w:p w14:paraId="70476CBD" w14:textId="77777777" w:rsidR="00B2341F" w:rsidRPr="008877D5" w:rsidRDefault="00751378">
      <w:pPr>
        <w:spacing w:after="80"/>
        <w:rPr>
          <w:sz w:val="22"/>
        </w:rPr>
      </w:pPr>
      <w:r w:rsidRPr="008877D5">
        <w:rPr>
          <w:sz w:val="22"/>
        </w:rPr>
        <w:t>(06-6944-6913)</w:t>
      </w:r>
    </w:p>
    <w:sectPr w:rsidR="00B2341F" w:rsidRPr="008877D5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06696" w14:textId="77777777" w:rsidR="00326EAF" w:rsidRDefault="00326EAF" w:rsidP="00007609">
      <w:pPr>
        <w:spacing w:after="0" w:line="240" w:lineRule="auto"/>
      </w:pPr>
      <w:r>
        <w:separator/>
      </w:r>
    </w:p>
  </w:endnote>
  <w:endnote w:type="continuationSeparator" w:id="0">
    <w:p w14:paraId="40285324" w14:textId="77777777" w:rsidR="00326EAF" w:rsidRDefault="00326EAF" w:rsidP="000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5457" w14:textId="77777777" w:rsidR="00326EAF" w:rsidRDefault="00326EAF" w:rsidP="00007609">
      <w:pPr>
        <w:spacing w:after="0" w:line="240" w:lineRule="auto"/>
      </w:pPr>
      <w:r>
        <w:separator/>
      </w:r>
    </w:p>
  </w:footnote>
  <w:footnote w:type="continuationSeparator" w:id="0">
    <w:p w14:paraId="474B8D5C" w14:textId="77777777" w:rsidR="00326EAF" w:rsidRDefault="00326EAF" w:rsidP="0000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068380">
    <w:abstractNumId w:val="8"/>
  </w:num>
  <w:num w:numId="2" w16cid:durableId="632059115">
    <w:abstractNumId w:val="6"/>
  </w:num>
  <w:num w:numId="3" w16cid:durableId="1493527543">
    <w:abstractNumId w:val="5"/>
  </w:num>
  <w:num w:numId="4" w16cid:durableId="2079084471">
    <w:abstractNumId w:val="4"/>
  </w:num>
  <w:num w:numId="5" w16cid:durableId="1058631765">
    <w:abstractNumId w:val="7"/>
  </w:num>
  <w:num w:numId="6" w16cid:durableId="2077386818">
    <w:abstractNumId w:val="3"/>
  </w:num>
  <w:num w:numId="7" w16cid:durableId="1628202471">
    <w:abstractNumId w:val="2"/>
  </w:num>
  <w:num w:numId="8" w16cid:durableId="1400903493">
    <w:abstractNumId w:val="1"/>
  </w:num>
  <w:num w:numId="9" w16cid:durableId="115148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609"/>
    <w:rsid w:val="00034616"/>
    <w:rsid w:val="0006063C"/>
    <w:rsid w:val="0006183F"/>
    <w:rsid w:val="0015074B"/>
    <w:rsid w:val="002378C0"/>
    <w:rsid w:val="00283666"/>
    <w:rsid w:val="0029639D"/>
    <w:rsid w:val="002D7DCD"/>
    <w:rsid w:val="00326EAF"/>
    <w:rsid w:val="00326F90"/>
    <w:rsid w:val="00351BE8"/>
    <w:rsid w:val="00480ADE"/>
    <w:rsid w:val="00484BE9"/>
    <w:rsid w:val="00491086"/>
    <w:rsid w:val="004A17A8"/>
    <w:rsid w:val="004B4205"/>
    <w:rsid w:val="004E1A7C"/>
    <w:rsid w:val="005762BD"/>
    <w:rsid w:val="005D7CAD"/>
    <w:rsid w:val="005E1328"/>
    <w:rsid w:val="006A5B95"/>
    <w:rsid w:val="007248C2"/>
    <w:rsid w:val="00733E79"/>
    <w:rsid w:val="00751378"/>
    <w:rsid w:val="00790C19"/>
    <w:rsid w:val="007C6128"/>
    <w:rsid w:val="007E5801"/>
    <w:rsid w:val="00802A2A"/>
    <w:rsid w:val="00877A49"/>
    <w:rsid w:val="008877D5"/>
    <w:rsid w:val="009250BB"/>
    <w:rsid w:val="00976D60"/>
    <w:rsid w:val="009F53ED"/>
    <w:rsid w:val="00A83AC6"/>
    <w:rsid w:val="00AA1D8D"/>
    <w:rsid w:val="00AD1F2D"/>
    <w:rsid w:val="00B17E40"/>
    <w:rsid w:val="00B2341F"/>
    <w:rsid w:val="00B47730"/>
    <w:rsid w:val="00B92D62"/>
    <w:rsid w:val="00BB261A"/>
    <w:rsid w:val="00BC3BF6"/>
    <w:rsid w:val="00BE759A"/>
    <w:rsid w:val="00C2040F"/>
    <w:rsid w:val="00C61554"/>
    <w:rsid w:val="00CB0664"/>
    <w:rsid w:val="00CC3D69"/>
    <w:rsid w:val="00D05ADB"/>
    <w:rsid w:val="00D16601"/>
    <w:rsid w:val="00D23605"/>
    <w:rsid w:val="00D37603"/>
    <w:rsid w:val="00D407D2"/>
    <w:rsid w:val="00D47BC8"/>
    <w:rsid w:val="00D838F9"/>
    <w:rsid w:val="00E03C06"/>
    <w:rsid w:val="00E12DDA"/>
    <w:rsid w:val="00E652E8"/>
    <w:rsid w:val="00EB4447"/>
    <w:rsid w:val="00EE3890"/>
    <w:rsid w:val="00F50734"/>
    <w:rsid w:val="00F543A3"/>
    <w:rsid w:val="00F84F52"/>
    <w:rsid w:val="00F908DE"/>
    <w:rsid w:val="00FC693F"/>
    <w:rsid w:val="00FD7588"/>
    <w:rsid w:val="00FF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6B8F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ahoma" w:eastAsia="Tahoma" w:hAnsi="Tahoma" w:cs="Tahoma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18">
    <w:name w:val="表 (格子)1"/>
    <w:basedOn w:val="a3"/>
    <w:next w:val="afe"/>
    <w:uiPriority w:val="59"/>
    <w:rsid w:val="00C2040F"/>
    <w:pPr>
      <w:spacing w:after="0" w:line="240" w:lineRule="auto"/>
    </w:pPr>
    <w:rPr>
      <w:rFonts w:ascii="Century" w:eastAsia="ＭＳ 明朝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5762BD"/>
    <w:pPr>
      <w:spacing w:after="0" w:line="240" w:lineRule="auto"/>
    </w:pPr>
    <w:rPr>
      <w:rFonts w:ascii="Tahoma" w:eastAsia="Tahoma" w:hAnsi="Tahoma" w:cs="Tahom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2026-08-21T09:00:00Z</dcterms:created>
  <dcterms:modified xsi:type="dcterms:W3CDTF">2026-08-26T08:29:00Z</dcterms:modified>
  <cp:category/>
</cp:coreProperties>
</file>